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5797CA" w14:textId="77777777" w:rsidR="00D61E5F" w:rsidRPr="00086561" w:rsidRDefault="00000000">
      <w:pPr>
        <w:jc w:val="center"/>
        <w:rPr>
          <w:rFonts w:cs="Times New Roman"/>
          <w:b/>
          <w:sz w:val="32"/>
        </w:rPr>
      </w:pPr>
      <w:r w:rsidRPr="00086561">
        <w:rPr>
          <w:rFonts w:cs="Times New Roman"/>
          <w:b/>
          <w:sz w:val="32"/>
        </w:rPr>
        <w:t>[ARTICLE TITLE]</w:t>
      </w:r>
    </w:p>
    <w:p w14:paraId="71D5D773" w14:textId="750A3A73" w:rsidR="00FB7C98" w:rsidRPr="00086561" w:rsidRDefault="00FB7C98">
      <w:pPr>
        <w:jc w:val="center"/>
        <w:rPr>
          <w:rFonts w:cs="Times New Roman"/>
        </w:rPr>
      </w:pPr>
      <w:r w:rsidRPr="00086561">
        <w:rPr>
          <w:rFonts w:cs="Times New Roman"/>
        </w:rPr>
        <w:t>Author1’s name, affiliation and address, ORCID (</w:t>
      </w:r>
      <w:proofErr w:type="spellStart"/>
      <w:r w:rsidRPr="00086561">
        <w:rPr>
          <w:rFonts w:cs="Times New Roman"/>
        </w:rPr>
        <w:t>eg</w:t>
      </w:r>
      <w:proofErr w:type="spellEnd"/>
      <w:r w:rsidRPr="00086561">
        <w:rPr>
          <w:rFonts w:cs="Times New Roman"/>
        </w:rPr>
        <w:t xml:space="preserve">: John Doe, </w:t>
      </w:r>
      <w:proofErr w:type="spellStart"/>
      <w:r w:rsidRPr="00086561">
        <w:rPr>
          <w:rFonts w:cs="Times New Roman"/>
          <w:i/>
          <w:iCs/>
        </w:rPr>
        <w:t>Nemzeti</w:t>
      </w:r>
      <w:proofErr w:type="spellEnd"/>
      <w:r w:rsidRPr="00086561">
        <w:rPr>
          <w:rFonts w:cs="Times New Roman"/>
          <w:i/>
          <w:iCs/>
        </w:rPr>
        <w:t xml:space="preserve"> </w:t>
      </w:r>
      <w:proofErr w:type="spellStart"/>
      <w:r w:rsidRPr="00086561">
        <w:rPr>
          <w:rFonts w:cs="Times New Roman"/>
          <w:i/>
          <w:iCs/>
        </w:rPr>
        <w:t>Közszolgálati</w:t>
      </w:r>
      <w:proofErr w:type="spellEnd"/>
      <w:r w:rsidRPr="00086561">
        <w:rPr>
          <w:rFonts w:cs="Times New Roman"/>
          <w:i/>
          <w:iCs/>
        </w:rPr>
        <w:t xml:space="preserve"> </w:t>
      </w:r>
      <w:proofErr w:type="spellStart"/>
      <w:r w:rsidRPr="00086561">
        <w:rPr>
          <w:rFonts w:cs="Times New Roman"/>
          <w:i/>
          <w:iCs/>
        </w:rPr>
        <w:t>Egyetem</w:t>
      </w:r>
      <w:proofErr w:type="spellEnd"/>
      <w:r w:rsidRPr="00086561">
        <w:rPr>
          <w:rFonts w:cs="Times New Roman"/>
          <w:i/>
          <w:iCs/>
        </w:rPr>
        <w:t xml:space="preserve">. Katonai </w:t>
      </w:r>
      <w:proofErr w:type="spellStart"/>
      <w:r w:rsidRPr="00086561">
        <w:rPr>
          <w:rFonts w:cs="Times New Roman"/>
          <w:i/>
          <w:iCs/>
        </w:rPr>
        <w:t>Műszaki</w:t>
      </w:r>
      <w:proofErr w:type="spellEnd"/>
      <w:r w:rsidRPr="00086561">
        <w:rPr>
          <w:rFonts w:cs="Times New Roman"/>
          <w:i/>
          <w:iCs/>
        </w:rPr>
        <w:t xml:space="preserve"> </w:t>
      </w:r>
      <w:proofErr w:type="spellStart"/>
      <w:r w:rsidRPr="00086561">
        <w:rPr>
          <w:rFonts w:cs="Times New Roman"/>
          <w:i/>
          <w:iCs/>
        </w:rPr>
        <w:t>Doktori</w:t>
      </w:r>
      <w:proofErr w:type="spellEnd"/>
      <w:r w:rsidRPr="00086561">
        <w:rPr>
          <w:rFonts w:cs="Times New Roman"/>
          <w:i/>
          <w:iCs/>
        </w:rPr>
        <w:t xml:space="preserve"> Iskola, Budapest, ORCID</w:t>
      </w:r>
    </w:p>
    <w:p w14:paraId="48C16F27" w14:textId="3BD2B3EB" w:rsidR="00FB7C98" w:rsidRPr="00086561" w:rsidRDefault="00FB7C98" w:rsidP="00FB7C98">
      <w:pPr>
        <w:jc w:val="center"/>
        <w:rPr>
          <w:rFonts w:cs="Times New Roman"/>
        </w:rPr>
      </w:pPr>
      <w:r w:rsidRPr="00086561">
        <w:rPr>
          <w:rFonts w:cs="Times New Roman"/>
        </w:rPr>
        <w:t>Author2’s name, affiliation and address, ORCID (</w:t>
      </w:r>
      <w:proofErr w:type="spellStart"/>
      <w:r w:rsidRPr="00086561">
        <w:rPr>
          <w:rFonts w:cs="Times New Roman"/>
        </w:rPr>
        <w:t>eg</w:t>
      </w:r>
      <w:proofErr w:type="spellEnd"/>
      <w:r w:rsidRPr="00086561">
        <w:rPr>
          <w:rFonts w:cs="Times New Roman"/>
        </w:rPr>
        <w:t xml:space="preserve">: Jane Doe, </w:t>
      </w:r>
      <w:proofErr w:type="spellStart"/>
      <w:r w:rsidRPr="00086561">
        <w:rPr>
          <w:rFonts w:cs="Times New Roman"/>
          <w:i/>
          <w:iCs/>
        </w:rPr>
        <w:t>Óbudai</w:t>
      </w:r>
      <w:proofErr w:type="spellEnd"/>
      <w:r w:rsidRPr="00086561">
        <w:rPr>
          <w:rFonts w:cs="Times New Roman"/>
          <w:i/>
          <w:iCs/>
        </w:rPr>
        <w:t xml:space="preserve"> </w:t>
      </w:r>
      <w:proofErr w:type="spellStart"/>
      <w:r w:rsidRPr="00086561">
        <w:rPr>
          <w:rFonts w:cs="Times New Roman"/>
          <w:i/>
          <w:iCs/>
        </w:rPr>
        <w:t>Egyetem</w:t>
      </w:r>
      <w:proofErr w:type="spellEnd"/>
      <w:r w:rsidRPr="00086561">
        <w:rPr>
          <w:rFonts w:cs="Times New Roman"/>
          <w:i/>
          <w:iCs/>
        </w:rPr>
        <w:t xml:space="preserve">, </w:t>
      </w:r>
      <w:proofErr w:type="spellStart"/>
      <w:r w:rsidRPr="00086561">
        <w:rPr>
          <w:rFonts w:cs="Times New Roman"/>
          <w:i/>
          <w:iCs/>
        </w:rPr>
        <w:t>Biztonságtudományi</w:t>
      </w:r>
      <w:proofErr w:type="spellEnd"/>
      <w:r w:rsidRPr="00086561">
        <w:rPr>
          <w:rFonts w:cs="Times New Roman"/>
          <w:i/>
          <w:iCs/>
        </w:rPr>
        <w:t xml:space="preserve"> </w:t>
      </w:r>
      <w:proofErr w:type="spellStart"/>
      <w:r w:rsidRPr="00086561">
        <w:rPr>
          <w:rFonts w:cs="Times New Roman"/>
          <w:i/>
          <w:iCs/>
        </w:rPr>
        <w:t>Doktori</w:t>
      </w:r>
      <w:proofErr w:type="spellEnd"/>
      <w:r w:rsidRPr="00086561">
        <w:rPr>
          <w:rFonts w:cs="Times New Roman"/>
          <w:i/>
          <w:iCs/>
        </w:rPr>
        <w:t xml:space="preserve"> Iskola, Budapest, ORCID</w:t>
      </w:r>
    </w:p>
    <w:p w14:paraId="18B99A9C" w14:textId="3FD21138" w:rsidR="00FB7C98" w:rsidRPr="00086561" w:rsidRDefault="00FB7C98">
      <w:pPr>
        <w:jc w:val="center"/>
        <w:rPr>
          <w:rFonts w:cs="Times New Roman"/>
        </w:rPr>
      </w:pPr>
    </w:p>
    <w:p w14:paraId="7466C8EB" w14:textId="77777777" w:rsidR="00D61E5F" w:rsidRPr="00086561" w:rsidRDefault="00000000">
      <w:pPr>
        <w:rPr>
          <w:rFonts w:cs="Times New Roman"/>
        </w:rPr>
      </w:pPr>
      <w:r w:rsidRPr="00086561">
        <w:rPr>
          <w:rFonts w:cs="Times New Roman"/>
          <w:b/>
        </w:rPr>
        <w:t>Abstract</w:t>
      </w:r>
    </w:p>
    <w:p w14:paraId="12978B1B" w14:textId="1A4D1F74" w:rsidR="00FB7C98" w:rsidRPr="00086561" w:rsidRDefault="00FB7C98">
      <w:pPr>
        <w:rPr>
          <w:rFonts w:cs="Times New Roman"/>
        </w:rPr>
      </w:pPr>
      <w:r w:rsidRPr="00086561">
        <w:rPr>
          <w:rFonts w:cs="Times New Roman"/>
        </w:rPr>
        <w:t>1,500–2,500 characters, including spaces.</w:t>
      </w:r>
    </w:p>
    <w:p w14:paraId="2636C37A" w14:textId="56A63254" w:rsidR="00D61E5F" w:rsidRPr="00086561" w:rsidRDefault="00E6456B">
      <w:pPr>
        <w:rPr>
          <w:rFonts w:cs="Times New Roman"/>
        </w:rPr>
      </w:pPr>
      <w:r w:rsidRPr="00086561">
        <w:rPr>
          <w:rFonts w:cs="Times New Roman"/>
        </w:rPr>
        <w:t xml:space="preserve">Lorem ipsum dolor </w:t>
      </w:r>
      <w:proofErr w:type="gramStart"/>
      <w:r w:rsidRPr="00086561">
        <w:rPr>
          <w:rFonts w:cs="Times New Roman"/>
        </w:rPr>
        <w:t>sit</w:t>
      </w:r>
      <w:proofErr w:type="gram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amet</w:t>
      </w:r>
      <w:proofErr w:type="spellEnd"/>
      <w:r w:rsidRPr="00086561">
        <w:rPr>
          <w:rFonts w:cs="Times New Roman"/>
        </w:rPr>
        <w:t xml:space="preserve">, </w:t>
      </w:r>
      <w:proofErr w:type="spellStart"/>
      <w:r w:rsidRPr="00086561">
        <w:rPr>
          <w:rFonts w:cs="Times New Roman"/>
        </w:rPr>
        <w:t>consectetur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adipiscing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elit</w:t>
      </w:r>
      <w:proofErr w:type="spellEnd"/>
      <w:r w:rsidRPr="00086561">
        <w:rPr>
          <w:rFonts w:cs="Times New Roman"/>
        </w:rPr>
        <w:t xml:space="preserve">, sed do </w:t>
      </w:r>
      <w:proofErr w:type="spellStart"/>
      <w:r w:rsidRPr="00086561">
        <w:rPr>
          <w:rFonts w:cs="Times New Roman"/>
        </w:rPr>
        <w:t>eiusmod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tempor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incididunt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ut</w:t>
      </w:r>
      <w:proofErr w:type="spellEnd"/>
      <w:r w:rsidRPr="00086561">
        <w:rPr>
          <w:rFonts w:cs="Times New Roman"/>
        </w:rPr>
        <w:t xml:space="preserve"> labore et dolore magna </w:t>
      </w:r>
      <w:proofErr w:type="spellStart"/>
      <w:r w:rsidRPr="00086561">
        <w:rPr>
          <w:rFonts w:cs="Times New Roman"/>
        </w:rPr>
        <w:t>aliqua</w:t>
      </w:r>
      <w:proofErr w:type="spellEnd"/>
      <w:r w:rsidRPr="00086561">
        <w:rPr>
          <w:rFonts w:cs="Times New Roman"/>
        </w:rPr>
        <w:t xml:space="preserve">. </w:t>
      </w:r>
      <w:proofErr w:type="spellStart"/>
      <w:r w:rsidRPr="00086561">
        <w:rPr>
          <w:rFonts w:cs="Times New Roman"/>
        </w:rPr>
        <w:t>Nisl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tincidunt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eget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nullam</w:t>
      </w:r>
      <w:proofErr w:type="spellEnd"/>
      <w:r w:rsidRPr="00086561">
        <w:rPr>
          <w:rFonts w:cs="Times New Roman"/>
        </w:rPr>
        <w:t xml:space="preserve"> non. Quis </w:t>
      </w:r>
      <w:proofErr w:type="spellStart"/>
      <w:r w:rsidRPr="00086561">
        <w:rPr>
          <w:rFonts w:cs="Times New Roman"/>
        </w:rPr>
        <w:t>hendrerit</w:t>
      </w:r>
      <w:proofErr w:type="spellEnd"/>
      <w:r w:rsidRPr="00086561">
        <w:rPr>
          <w:rFonts w:cs="Times New Roman"/>
        </w:rPr>
        <w:t xml:space="preserve"> dolor magna </w:t>
      </w:r>
      <w:proofErr w:type="spellStart"/>
      <w:r w:rsidRPr="00086561">
        <w:rPr>
          <w:rFonts w:cs="Times New Roman"/>
        </w:rPr>
        <w:t>eget</w:t>
      </w:r>
      <w:proofErr w:type="spellEnd"/>
      <w:r w:rsidRPr="00086561">
        <w:rPr>
          <w:rFonts w:cs="Times New Roman"/>
        </w:rPr>
        <w:t xml:space="preserve"> est lorem ipsum dolor </w:t>
      </w:r>
      <w:proofErr w:type="gramStart"/>
      <w:r w:rsidRPr="00086561">
        <w:rPr>
          <w:rFonts w:cs="Times New Roman"/>
        </w:rPr>
        <w:t>sit</w:t>
      </w:r>
      <w:proofErr w:type="gramEnd"/>
      <w:r w:rsidRPr="00086561">
        <w:rPr>
          <w:rFonts w:cs="Times New Roman"/>
        </w:rPr>
        <w:t xml:space="preserve">. </w:t>
      </w:r>
      <w:proofErr w:type="spellStart"/>
      <w:r w:rsidRPr="00086561">
        <w:rPr>
          <w:rFonts w:cs="Times New Roman"/>
        </w:rPr>
        <w:t>Volutpat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odio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facilisis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mauris</w:t>
      </w:r>
      <w:proofErr w:type="spellEnd"/>
      <w:r w:rsidRPr="00086561">
        <w:rPr>
          <w:rFonts w:cs="Times New Roman"/>
        </w:rPr>
        <w:t xml:space="preserve"> sit </w:t>
      </w:r>
      <w:proofErr w:type="spellStart"/>
      <w:r w:rsidRPr="00086561">
        <w:rPr>
          <w:rFonts w:cs="Times New Roman"/>
        </w:rPr>
        <w:t>amet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massa</w:t>
      </w:r>
      <w:proofErr w:type="spellEnd"/>
      <w:r w:rsidRPr="00086561">
        <w:rPr>
          <w:rFonts w:cs="Times New Roman"/>
        </w:rPr>
        <w:t xml:space="preserve">. </w:t>
      </w:r>
      <w:proofErr w:type="spellStart"/>
      <w:r w:rsidRPr="00086561">
        <w:rPr>
          <w:rFonts w:cs="Times New Roman"/>
        </w:rPr>
        <w:t>Commodo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odio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aenean</w:t>
      </w:r>
      <w:proofErr w:type="spellEnd"/>
      <w:r w:rsidRPr="00086561">
        <w:rPr>
          <w:rFonts w:cs="Times New Roman"/>
        </w:rPr>
        <w:t xml:space="preserve"> sed </w:t>
      </w:r>
      <w:proofErr w:type="spellStart"/>
      <w:r w:rsidRPr="00086561">
        <w:rPr>
          <w:rFonts w:cs="Times New Roman"/>
        </w:rPr>
        <w:t>adipiscing</w:t>
      </w:r>
      <w:proofErr w:type="spellEnd"/>
      <w:r w:rsidRPr="00086561">
        <w:rPr>
          <w:rFonts w:cs="Times New Roman"/>
        </w:rPr>
        <w:t xml:space="preserve"> diam </w:t>
      </w:r>
      <w:proofErr w:type="spellStart"/>
      <w:r w:rsidRPr="00086561">
        <w:rPr>
          <w:rFonts w:cs="Times New Roman"/>
        </w:rPr>
        <w:t>donec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adipiscing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tristique</w:t>
      </w:r>
      <w:proofErr w:type="spellEnd"/>
      <w:r w:rsidRPr="00086561">
        <w:rPr>
          <w:rFonts w:cs="Times New Roman"/>
        </w:rPr>
        <w:t xml:space="preserve">. Mi </w:t>
      </w:r>
      <w:proofErr w:type="spellStart"/>
      <w:r w:rsidRPr="00086561">
        <w:rPr>
          <w:rFonts w:cs="Times New Roman"/>
        </w:rPr>
        <w:t>eget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mauris</w:t>
      </w:r>
      <w:proofErr w:type="spellEnd"/>
      <w:r w:rsidRPr="00086561">
        <w:rPr>
          <w:rFonts w:cs="Times New Roman"/>
        </w:rPr>
        <w:t xml:space="preserve"> pharetra et. Non </w:t>
      </w:r>
      <w:proofErr w:type="spellStart"/>
      <w:r w:rsidRPr="00086561">
        <w:rPr>
          <w:rFonts w:cs="Times New Roman"/>
        </w:rPr>
        <w:t>tellus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orci</w:t>
      </w:r>
      <w:proofErr w:type="spellEnd"/>
      <w:r w:rsidRPr="00086561">
        <w:rPr>
          <w:rFonts w:cs="Times New Roman"/>
        </w:rPr>
        <w:t xml:space="preserve"> ac auctor </w:t>
      </w:r>
      <w:proofErr w:type="spellStart"/>
      <w:r w:rsidRPr="00086561">
        <w:rPr>
          <w:rFonts w:cs="Times New Roman"/>
        </w:rPr>
        <w:t>augue</w:t>
      </w:r>
      <w:proofErr w:type="spellEnd"/>
      <w:r w:rsidRPr="00086561">
        <w:rPr>
          <w:rFonts w:cs="Times New Roman"/>
        </w:rPr>
        <w:t xml:space="preserve">. Elit at </w:t>
      </w:r>
      <w:proofErr w:type="spellStart"/>
      <w:r w:rsidRPr="00086561">
        <w:rPr>
          <w:rFonts w:cs="Times New Roman"/>
        </w:rPr>
        <w:t>imperdiet</w:t>
      </w:r>
      <w:proofErr w:type="spellEnd"/>
      <w:r w:rsidRPr="00086561">
        <w:rPr>
          <w:rFonts w:cs="Times New Roman"/>
        </w:rPr>
        <w:t xml:space="preserve"> dui </w:t>
      </w:r>
      <w:proofErr w:type="spellStart"/>
      <w:r w:rsidRPr="00086561">
        <w:rPr>
          <w:rFonts w:cs="Times New Roman"/>
        </w:rPr>
        <w:t>accumsan</w:t>
      </w:r>
      <w:proofErr w:type="spellEnd"/>
      <w:r w:rsidRPr="00086561">
        <w:rPr>
          <w:rFonts w:cs="Times New Roman"/>
        </w:rPr>
        <w:t xml:space="preserve"> sit. </w:t>
      </w:r>
      <w:proofErr w:type="spellStart"/>
      <w:r w:rsidRPr="00086561">
        <w:rPr>
          <w:rFonts w:cs="Times New Roman"/>
        </w:rPr>
        <w:t>Ornare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arcu</w:t>
      </w:r>
      <w:proofErr w:type="spellEnd"/>
      <w:r w:rsidRPr="00086561">
        <w:rPr>
          <w:rFonts w:cs="Times New Roman"/>
        </w:rPr>
        <w:t xml:space="preserve"> dui </w:t>
      </w:r>
      <w:proofErr w:type="spellStart"/>
      <w:r w:rsidRPr="00086561">
        <w:rPr>
          <w:rFonts w:cs="Times New Roman"/>
        </w:rPr>
        <w:t>vivamus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arcu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felis</w:t>
      </w:r>
      <w:proofErr w:type="spellEnd"/>
      <w:r w:rsidRPr="00086561">
        <w:rPr>
          <w:rFonts w:cs="Times New Roman"/>
        </w:rPr>
        <w:t xml:space="preserve">. </w:t>
      </w:r>
      <w:proofErr w:type="spellStart"/>
      <w:r w:rsidRPr="00086561">
        <w:rPr>
          <w:rFonts w:cs="Times New Roman"/>
        </w:rPr>
        <w:t>Egestas</w:t>
      </w:r>
      <w:proofErr w:type="spellEnd"/>
      <w:r w:rsidRPr="00086561">
        <w:rPr>
          <w:rFonts w:cs="Times New Roman"/>
        </w:rPr>
        <w:t xml:space="preserve"> integer </w:t>
      </w:r>
      <w:proofErr w:type="spellStart"/>
      <w:r w:rsidRPr="00086561">
        <w:rPr>
          <w:rFonts w:cs="Times New Roman"/>
        </w:rPr>
        <w:t>eget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aliquet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nibh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praesent</w:t>
      </w:r>
      <w:proofErr w:type="spellEnd"/>
      <w:r w:rsidRPr="00086561">
        <w:rPr>
          <w:rFonts w:cs="Times New Roman"/>
        </w:rPr>
        <w:t xml:space="preserve">. In hac </w:t>
      </w:r>
      <w:proofErr w:type="spellStart"/>
      <w:r w:rsidRPr="00086561">
        <w:rPr>
          <w:rFonts w:cs="Times New Roman"/>
        </w:rPr>
        <w:t>habitasse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platea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dictumst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quisque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sagittis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purus</w:t>
      </w:r>
      <w:proofErr w:type="spellEnd"/>
      <w:r w:rsidRPr="00086561">
        <w:rPr>
          <w:rFonts w:cs="Times New Roman"/>
        </w:rPr>
        <w:t xml:space="preserve">. Pulvinar </w:t>
      </w:r>
      <w:proofErr w:type="spellStart"/>
      <w:r w:rsidRPr="00086561">
        <w:rPr>
          <w:rFonts w:cs="Times New Roman"/>
        </w:rPr>
        <w:t>elementum</w:t>
      </w:r>
      <w:proofErr w:type="spellEnd"/>
      <w:r w:rsidRPr="00086561">
        <w:rPr>
          <w:rFonts w:cs="Times New Roman"/>
        </w:rPr>
        <w:t xml:space="preserve"> integer </w:t>
      </w:r>
      <w:proofErr w:type="spellStart"/>
      <w:r w:rsidRPr="00086561">
        <w:rPr>
          <w:rFonts w:cs="Times New Roman"/>
        </w:rPr>
        <w:t>enim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neque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volutpat</w:t>
      </w:r>
      <w:proofErr w:type="spellEnd"/>
      <w:r w:rsidRPr="00086561">
        <w:rPr>
          <w:rFonts w:cs="Times New Roman"/>
        </w:rPr>
        <w:t xml:space="preserve"> ac.</w:t>
      </w:r>
    </w:p>
    <w:p w14:paraId="1DF5EC93" w14:textId="77777777" w:rsidR="00D61E5F" w:rsidRPr="00086561" w:rsidRDefault="00000000">
      <w:pPr>
        <w:rPr>
          <w:rFonts w:cs="Times New Roman"/>
        </w:rPr>
      </w:pPr>
      <w:r w:rsidRPr="00086561">
        <w:rPr>
          <w:rFonts w:cs="Times New Roman"/>
          <w:b/>
        </w:rPr>
        <w:t>Keywords</w:t>
      </w:r>
    </w:p>
    <w:p w14:paraId="7E81814A" w14:textId="2B0114CE" w:rsidR="00D61E5F" w:rsidRPr="00086561" w:rsidRDefault="00000000">
      <w:pPr>
        <w:rPr>
          <w:rFonts w:cs="Times New Roman"/>
        </w:rPr>
      </w:pPr>
      <w:r w:rsidRPr="00086561">
        <w:rPr>
          <w:rFonts w:cs="Times New Roman"/>
        </w:rPr>
        <w:t>3–7 keywords</w:t>
      </w:r>
      <w:r w:rsidR="00FB7C98" w:rsidRPr="00086561">
        <w:rPr>
          <w:rFonts w:cs="Times New Roman"/>
        </w:rPr>
        <w:t xml:space="preserve"> separated by comma</w:t>
      </w:r>
    </w:p>
    <w:p w14:paraId="4DAF2A86" w14:textId="77777777" w:rsidR="00FB7C98" w:rsidRPr="00086561" w:rsidRDefault="00FB7C98" w:rsidP="00FB7C98">
      <w:pPr>
        <w:rPr>
          <w:rFonts w:cs="Times New Roman"/>
          <w:b/>
        </w:rPr>
      </w:pPr>
      <w:r w:rsidRPr="00086561">
        <w:rPr>
          <w:rFonts w:cs="Times New Roman"/>
          <w:b/>
        </w:rPr>
        <w:t>Acknowledgement</w:t>
      </w:r>
    </w:p>
    <w:p w14:paraId="53FF2594" w14:textId="77777777" w:rsidR="00FB7C98" w:rsidRPr="00086561" w:rsidRDefault="00FB7C98" w:rsidP="00FB7C98">
      <w:pPr>
        <w:rPr>
          <w:rFonts w:cs="Times New Roman"/>
        </w:rPr>
      </w:pPr>
      <w:r w:rsidRPr="00086561">
        <w:rPr>
          <w:rFonts w:cs="Times New Roman"/>
        </w:rPr>
        <w:t xml:space="preserve">Any sort of funding information may come here. </w:t>
      </w:r>
    </w:p>
    <w:p w14:paraId="2C8771FF" w14:textId="77777777" w:rsidR="002231B0" w:rsidRPr="00443F58" w:rsidRDefault="002231B0" w:rsidP="002231B0">
      <w:pPr>
        <w:rPr>
          <w:shd w:val="clear" w:color="auto" w:fill="FFFFFF"/>
        </w:rPr>
      </w:pPr>
      <w:r w:rsidRPr="00443F58">
        <w:rPr>
          <w:b/>
          <w:bCs/>
          <w:shd w:val="clear" w:color="auto" w:fill="FFFFFF"/>
        </w:rPr>
        <w:t>Author Information</w:t>
      </w:r>
    </w:p>
    <w:p w14:paraId="632D0D97" w14:textId="77777777" w:rsidR="002231B0" w:rsidRDefault="002231B0" w:rsidP="002231B0">
      <w:pPr>
        <w:rPr>
          <w:lang w:val="hu-HU"/>
        </w:rPr>
      </w:pPr>
      <w:r w:rsidRPr="00443F58">
        <w:rPr>
          <w:b/>
          <w:bCs/>
          <w:lang w:val="hu-HU"/>
        </w:rPr>
        <w:t>John Smith</w:t>
      </w:r>
      <w:r w:rsidRPr="00443F58">
        <w:rPr>
          <w:lang w:val="hu-HU"/>
        </w:rPr>
        <w:t xml:space="preserve">, </w:t>
      </w:r>
      <w:proofErr w:type="spellStart"/>
      <w:r w:rsidRPr="00443F58">
        <w:rPr>
          <w:lang w:val="hu-HU"/>
        </w:rPr>
        <w:t>Imaginary</w:t>
      </w:r>
      <w:proofErr w:type="spellEnd"/>
      <w:r w:rsidRPr="00443F58">
        <w:rPr>
          <w:lang w:val="hu-HU"/>
        </w:rPr>
        <w:t xml:space="preserve"> University of </w:t>
      </w:r>
      <w:proofErr w:type="spellStart"/>
      <w:r w:rsidRPr="00443F58">
        <w:rPr>
          <w:lang w:val="hu-HU"/>
        </w:rPr>
        <w:t>Liberal</w:t>
      </w:r>
      <w:proofErr w:type="spellEnd"/>
      <w:r w:rsidRPr="00443F58">
        <w:rPr>
          <w:lang w:val="hu-HU"/>
        </w:rPr>
        <w:t xml:space="preserve"> Arts</w:t>
      </w:r>
    </w:p>
    <w:p w14:paraId="526F3E69" w14:textId="77777777" w:rsidR="002231B0" w:rsidRPr="00443F58" w:rsidRDefault="002231B0" w:rsidP="002231B0">
      <w:pPr>
        <w:rPr>
          <w:lang w:val="hu-HU"/>
        </w:rPr>
      </w:pPr>
      <w:r>
        <w:rPr>
          <w:lang w:val="hu-HU"/>
        </w:rPr>
        <w:t>Orcid:</w:t>
      </w:r>
    </w:p>
    <w:p w14:paraId="10BA12D8" w14:textId="77777777" w:rsidR="002231B0" w:rsidRDefault="002231B0" w:rsidP="002231B0">
      <w:pPr>
        <w:rPr>
          <w:lang w:val="hu-HU"/>
        </w:rPr>
      </w:pPr>
      <w:r w:rsidRPr="00443F58">
        <w:rPr>
          <w:lang w:val="hu-HU"/>
        </w:rPr>
        <w:t>https://university.example.org/john</w:t>
      </w:r>
    </w:p>
    <w:p w14:paraId="75A49CAB" w14:textId="77777777" w:rsidR="00FB7C98" w:rsidRPr="002231B0" w:rsidRDefault="00FB7C98">
      <w:pPr>
        <w:rPr>
          <w:rFonts w:cs="Times New Roman"/>
          <w:lang w:val="hu-HU"/>
        </w:rPr>
      </w:pPr>
    </w:p>
    <w:p w14:paraId="4949F56F" w14:textId="10E99186" w:rsidR="00D61E5F" w:rsidRPr="00086561" w:rsidRDefault="00000000" w:rsidP="00FB7C98">
      <w:pPr>
        <w:pStyle w:val="Heading1"/>
        <w:rPr>
          <w:rFonts w:cs="Times New Roman"/>
        </w:rPr>
      </w:pPr>
      <w:r w:rsidRPr="00086561">
        <w:rPr>
          <w:rFonts w:cs="Times New Roman"/>
        </w:rPr>
        <w:t>Introduction</w:t>
      </w:r>
    </w:p>
    <w:p w14:paraId="35597F69" w14:textId="4F5BC12B" w:rsidR="00D61E5F" w:rsidRPr="00086561" w:rsidRDefault="00E6456B" w:rsidP="00FB7C98">
      <w:pPr>
        <w:rPr>
          <w:rFonts w:cs="Times New Roman"/>
        </w:rPr>
      </w:pPr>
      <w:r w:rsidRPr="00086561">
        <w:rPr>
          <w:rFonts w:cs="Times New Roman"/>
        </w:rPr>
        <w:t xml:space="preserve">Lorem ipsum dolor </w:t>
      </w:r>
      <w:proofErr w:type="gramStart"/>
      <w:r w:rsidRPr="00086561">
        <w:rPr>
          <w:rFonts w:cs="Times New Roman"/>
        </w:rPr>
        <w:t>sit</w:t>
      </w:r>
      <w:proofErr w:type="gram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amet</w:t>
      </w:r>
      <w:proofErr w:type="spellEnd"/>
      <w:r w:rsidRPr="00086561">
        <w:rPr>
          <w:rFonts w:cs="Times New Roman"/>
        </w:rPr>
        <w:t xml:space="preserve">, </w:t>
      </w:r>
      <w:proofErr w:type="spellStart"/>
      <w:r w:rsidRPr="00086561">
        <w:rPr>
          <w:rFonts w:cs="Times New Roman"/>
        </w:rPr>
        <w:t>consectetur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adipiscing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elit</w:t>
      </w:r>
      <w:proofErr w:type="spellEnd"/>
      <w:r w:rsidRPr="00086561">
        <w:rPr>
          <w:rFonts w:cs="Times New Roman"/>
        </w:rPr>
        <w:t xml:space="preserve">, sed do </w:t>
      </w:r>
      <w:proofErr w:type="spellStart"/>
      <w:r w:rsidRPr="00086561">
        <w:rPr>
          <w:rFonts w:cs="Times New Roman"/>
        </w:rPr>
        <w:t>eiusmod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tempor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incididunt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ut</w:t>
      </w:r>
      <w:proofErr w:type="spellEnd"/>
      <w:r w:rsidRPr="00086561">
        <w:rPr>
          <w:rFonts w:cs="Times New Roman"/>
        </w:rPr>
        <w:t xml:space="preserve"> labore et dolore magna </w:t>
      </w:r>
      <w:proofErr w:type="spellStart"/>
      <w:r w:rsidRPr="00086561">
        <w:rPr>
          <w:rFonts w:cs="Times New Roman"/>
        </w:rPr>
        <w:t>aliqua</w:t>
      </w:r>
      <w:proofErr w:type="spellEnd"/>
      <w:r w:rsidRPr="00086561">
        <w:rPr>
          <w:rFonts w:cs="Times New Roman"/>
        </w:rPr>
        <w:t xml:space="preserve">. </w:t>
      </w:r>
      <w:proofErr w:type="spellStart"/>
      <w:r w:rsidRPr="00086561">
        <w:rPr>
          <w:rFonts w:cs="Times New Roman"/>
        </w:rPr>
        <w:t>Nisl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tincidunt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eget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nullam</w:t>
      </w:r>
      <w:proofErr w:type="spellEnd"/>
      <w:r w:rsidRPr="00086561">
        <w:rPr>
          <w:rFonts w:cs="Times New Roman"/>
        </w:rPr>
        <w:t xml:space="preserve"> non. Quis </w:t>
      </w:r>
      <w:proofErr w:type="spellStart"/>
      <w:r w:rsidRPr="00086561">
        <w:rPr>
          <w:rFonts w:cs="Times New Roman"/>
        </w:rPr>
        <w:t>hendrerit</w:t>
      </w:r>
      <w:proofErr w:type="spellEnd"/>
      <w:r w:rsidRPr="00086561">
        <w:rPr>
          <w:rFonts w:cs="Times New Roman"/>
        </w:rPr>
        <w:t xml:space="preserve"> dolor magna </w:t>
      </w:r>
      <w:proofErr w:type="spellStart"/>
      <w:r w:rsidRPr="00086561">
        <w:rPr>
          <w:rFonts w:cs="Times New Roman"/>
        </w:rPr>
        <w:t>eget</w:t>
      </w:r>
      <w:proofErr w:type="spellEnd"/>
      <w:r w:rsidRPr="00086561">
        <w:rPr>
          <w:rFonts w:cs="Times New Roman"/>
        </w:rPr>
        <w:t xml:space="preserve"> est lorem ipsum dolor </w:t>
      </w:r>
      <w:proofErr w:type="gramStart"/>
      <w:r w:rsidRPr="00086561">
        <w:rPr>
          <w:rFonts w:cs="Times New Roman"/>
        </w:rPr>
        <w:t>sit</w:t>
      </w:r>
      <w:proofErr w:type="gramEnd"/>
      <w:r w:rsidRPr="00086561">
        <w:rPr>
          <w:rFonts w:cs="Times New Roman"/>
        </w:rPr>
        <w:t xml:space="preserve">. </w:t>
      </w:r>
      <w:proofErr w:type="spellStart"/>
      <w:r w:rsidRPr="00086561">
        <w:rPr>
          <w:rFonts w:cs="Times New Roman"/>
        </w:rPr>
        <w:t>Volutpat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odio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facilisis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mauris</w:t>
      </w:r>
      <w:proofErr w:type="spellEnd"/>
      <w:r w:rsidRPr="00086561">
        <w:rPr>
          <w:rFonts w:cs="Times New Roman"/>
        </w:rPr>
        <w:t xml:space="preserve"> sit </w:t>
      </w:r>
      <w:proofErr w:type="spellStart"/>
      <w:r w:rsidRPr="00086561">
        <w:rPr>
          <w:rFonts w:cs="Times New Roman"/>
        </w:rPr>
        <w:t>amet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massa</w:t>
      </w:r>
      <w:proofErr w:type="spellEnd"/>
      <w:r w:rsidRPr="00086561">
        <w:rPr>
          <w:rFonts w:cs="Times New Roman"/>
        </w:rPr>
        <w:t xml:space="preserve">. </w:t>
      </w:r>
      <w:proofErr w:type="spellStart"/>
      <w:r w:rsidRPr="00086561">
        <w:rPr>
          <w:rFonts w:cs="Times New Roman"/>
        </w:rPr>
        <w:t>Commodo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odio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aenean</w:t>
      </w:r>
      <w:proofErr w:type="spellEnd"/>
      <w:r w:rsidRPr="00086561">
        <w:rPr>
          <w:rFonts w:cs="Times New Roman"/>
        </w:rPr>
        <w:t xml:space="preserve"> sed </w:t>
      </w:r>
      <w:proofErr w:type="spellStart"/>
      <w:r w:rsidRPr="00086561">
        <w:rPr>
          <w:rFonts w:cs="Times New Roman"/>
        </w:rPr>
        <w:t>adipiscing</w:t>
      </w:r>
      <w:proofErr w:type="spellEnd"/>
      <w:r w:rsidRPr="00086561">
        <w:rPr>
          <w:rFonts w:cs="Times New Roman"/>
        </w:rPr>
        <w:t xml:space="preserve"> diam </w:t>
      </w:r>
      <w:proofErr w:type="spellStart"/>
      <w:r w:rsidRPr="00086561">
        <w:rPr>
          <w:rFonts w:cs="Times New Roman"/>
        </w:rPr>
        <w:t>donec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adipiscing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tristique</w:t>
      </w:r>
      <w:proofErr w:type="spellEnd"/>
      <w:r w:rsidRPr="00086561">
        <w:rPr>
          <w:rFonts w:cs="Times New Roman"/>
        </w:rPr>
        <w:t xml:space="preserve">. Mi </w:t>
      </w:r>
      <w:proofErr w:type="spellStart"/>
      <w:r w:rsidRPr="00086561">
        <w:rPr>
          <w:rFonts w:cs="Times New Roman"/>
        </w:rPr>
        <w:t>eget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mauris</w:t>
      </w:r>
      <w:proofErr w:type="spellEnd"/>
      <w:r w:rsidRPr="00086561">
        <w:rPr>
          <w:rFonts w:cs="Times New Roman"/>
        </w:rPr>
        <w:t xml:space="preserve"> pharetra et. Non </w:t>
      </w:r>
      <w:proofErr w:type="spellStart"/>
      <w:r w:rsidRPr="00086561">
        <w:rPr>
          <w:rFonts w:cs="Times New Roman"/>
        </w:rPr>
        <w:t>tellus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orci</w:t>
      </w:r>
      <w:proofErr w:type="spellEnd"/>
      <w:r w:rsidRPr="00086561">
        <w:rPr>
          <w:rFonts w:cs="Times New Roman"/>
        </w:rPr>
        <w:t xml:space="preserve"> ac auctor </w:t>
      </w:r>
      <w:proofErr w:type="spellStart"/>
      <w:r w:rsidRPr="00086561">
        <w:rPr>
          <w:rFonts w:cs="Times New Roman"/>
        </w:rPr>
        <w:lastRenderedPageBreak/>
        <w:t>augue</w:t>
      </w:r>
      <w:proofErr w:type="spellEnd"/>
      <w:r w:rsidRPr="00086561">
        <w:rPr>
          <w:rFonts w:cs="Times New Roman"/>
        </w:rPr>
        <w:t xml:space="preserve">. Elit at </w:t>
      </w:r>
      <w:proofErr w:type="spellStart"/>
      <w:r w:rsidRPr="00086561">
        <w:rPr>
          <w:rFonts w:cs="Times New Roman"/>
        </w:rPr>
        <w:t>imperdiet</w:t>
      </w:r>
      <w:proofErr w:type="spellEnd"/>
      <w:r w:rsidRPr="00086561">
        <w:rPr>
          <w:rFonts w:cs="Times New Roman"/>
        </w:rPr>
        <w:t xml:space="preserve"> dui </w:t>
      </w:r>
      <w:proofErr w:type="spellStart"/>
      <w:r w:rsidRPr="00086561">
        <w:rPr>
          <w:rFonts w:cs="Times New Roman"/>
        </w:rPr>
        <w:t>accumsan</w:t>
      </w:r>
      <w:proofErr w:type="spellEnd"/>
      <w:r w:rsidRPr="00086561">
        <w:rPr>
          <w:rFonts w:cs="Times New Roman"/>
        </w:rPr>
        <w:t xml:space="preserve"> sit. </w:t>
      </w:r>
      <w:proofErr w:type="spellStart"/>
      <w:r w:rsidRPr="00086561">
        <w:rPr>
          <w:rFonts w:cs="Times New Roman"/>
        </w:rPr>
        <w:t>Ornare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arcu</w:t>
      </w:r>
      <w:proofErr w:type="spellEnd"/>
      <w:r w:rsidRPr="00086561">
        <w:rPr>
          <w:rFonts w:cs="Times New Roman"/>
        </w:rPr>
        <w:t xml:space="preserve"> dui </w:t>
      </w:r>
      <w:proofErr w:type="spellStart"/>
      <w:r w:rsidRPr="00086561">
        <w:rPr>
          <w:rFonts w:cs="Times New Roman"/>
        </w:rPr>
        <w:t>vivamus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arcu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felis</w:t>
      </w:r>
      <w:proofErr w:type="spellEnd"/>
      <w:r w:rsidRPr="00086561">
        <w:rPr>
          <w:rFonts w:cs="Times New Roman"/>
        </w:rPr>
        <w:t xml:space="preserve">. </w:t>
      </w:r>
      <w:proofErr w:type="spellStart"/>
      <w:r w:rsidRPr="00086561">
        <w:rPr>
          <w:rFonts w:cs="Times New Roman"/>
        </w:rPr>
        <w:t>Egestas</w:t>
      </w:r>
      <w:proofErr w:type="spellEnd"/>
      <w:r w:rsidRPr="00086561">
        <w:rPr>
          <w:rFonts w:cs="Times New Roman"/>
        </w:rPr>
        <w:t xml:space="preserve"> integer </w:t>
      </w:r>
      <w:proofErr w:type="spellStart"/>
      <w:r w:rsidRPr="00086561">
        <w:rPr>
          <w:rFonts w:cs="Times New Roman"/>
        </w:rPr>
        <w:t>eget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aliquet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nibh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praesent</w:t>
      </w:r>
      <w:proofErr w:type="spellEnd"/>
      <w:r w:rsidRPr="00086561">
        <w:rPr>
          <w:rFonts w:cs="Times New Roman"/>
        </w:rPr>
        <w:t xml:space="preserve">. In hac </w:t>
      </w:r>
      <w:proofErr w:type="spellStart"/>
      <w:r w:rsidRPr="00086561">
        <w:rPr>
          <w:rFonts w:cs="Times New Roman"/>
        </w:rPr>
        <w:t>habitasse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platea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dictumst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quisque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sagittis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purus</w:t>
      </w:r>
      <w:proofErr w:type="spellEnd"/>
      <w:r w:rsidRPr="00086561">
        <w:rPr>
          <w:rFonts w:cs="Times New Roman"/>
        </w:rPr>
        <w:t xml:space="preserve">. Pulvinar </w:t>
      </w:r>
      <w:proofErr w:type="spellStart"/>
      <w:r w:rsidRPr="00086561">
        <w:rPr>
          <w:rFonts w:cs="Times New Roman"/>
        </w:rPr>
        <w:t>elementum</w:t>
      </w:r>
      <w:proofErr w:type="spellEnd"/>
      <w:r w:rsidRPr="00086561">
        <w:rPr>
          <w:rFonts w:cs="Times New Roman"/>
        </w:rPr>
        <w:t xml:space="preserve"> integer </w:t>
      </w:r>
      <w:proofErr w:type="spellStart"/>
      <w:r w:rsidRPr="00086561">
        <w:rPr>
          <w:rFonts w:cs="Times New Roman"/>
        </w:rPr>
        <w:t>enim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neque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volutpat</w:t>
      </w:r>
      <w:proofErr w:type="spellEnd"/>
      <w:r w:rsidRPr="00086561">
        <w:rPr>
          <w:rFonts w:cs="Times New Roman"/>
        </w:rPr>
        <w:t xml:space="preserve"> ac.</w:t>
      </w:r>
    </w:p>
    <w:p w14:paraId="72F1E0D3" w14:textId="7DC5B527" w:rsidR="00E6456B" w:rsidRPr="00086561" w:rsidRDefault="00E6456B" w:rsidP="00FB7C98">
      <w:pPr>
        <w:rPr>
          <w:rFonts w:cs="Times New Roman"/>
        </w:rPr>
      </w:pPr>
      <w:r w:rsidRPr="00086561">
        <w:rPr>
          <w:rFonts w:cs="Times New Roman"/>
        </w:rPr>
        <w:t xml:space="preserve">Senectus et </w:t>
      </w:r>
      <w:proofErr w:type="spellStart"/>
      <w:r w:rsidRPr="00086561">
        <w:rPr>
          <w:rFonts w:cs="Times New Roman"/>
        </w:rPr>
        <w:t>netus</w:t>
      </w:r>
      <w:proofErr w:type="spellEnd"/>
      <w:r w:rsidRPr="00086561">
        <w:rPr>
          <w:rFonts w:cs="Times New Roman"/>
        </w:rPr>
        <w:t xml:space="preserve"> et </w:t>
      </w:r>
      <w:proofErr w:type="spellStart"/>
      <w:r w:rsidRPr="00086561">
        <w:rPr>
          <w:rFonts w:cs="Times New Roman"/>
        </w:rPr>
        <w:t>malesuada</w:t>
      </w:r>
      <w:proofErr w:type="spellEnd"/>
      <w:r w:rsidRPr="00086561">
        <w:rPr>
          <w:rFonts w:cs="Times New Roman"/>
        </w:rPr>
        <w:t xml:space="preserve">. Nunc pulvinar </w:t>
      </w:r>
      <w:proofErr w:type="spellStart"/>
      <w:r w:rsidRPr="00086561">
        <w:rPr>
          <w:rFonts w:cs="Times New Roman"/>
        </w:rPr>
        <w:t>sapien</w:t>
      </w:r>
      <w:proofErr w:type="spellEnd"/>
      <w:r w:rsidRPr="00086561">
        <w:rPr>
          <w:rFonts w:cs="Times New Roman"/>
        </w:rPr>
        <w:t xml:space="preserve"> et ligula </w:t>
      </w:r>
      <w:proofErr w:type="spellStart"/>
      <w:r w:rsidRPr="00086561">
        <w:rPr>
          <w:rFonts w:cs="Times New Roman"/>
        </w:rPr>
        <w:t>ullamcorper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malesuada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proin</w:t>
      </w:r>
      <w:proofErr w:type="spellEnd"/>
      <w:r w:rsidRPr="00086561">
        <w:rPr>
          <w:rFonts w:cs="Times New Roman"/>
        </w:rPr>
        <w:t xml:space="preserve">. </w:t>
      </w:r>
      <w:proofErr w:type="spellStart"/>
      <w:r w:rsidRPr="00086561">
        <w:rPr>
          <w:rFonts w:cs="Times New Roman"/>
        </w:rPr>
        <w:t>Neque</w:t>
      </w:r>
      <w:proofErr w:type="spellEnd"/>
      <w:r w:rsidRPr="00086561">
        <w:rPr>
          <w:rFonts w:cs="Times New Roman"/>
        </w:rPr>
        <w:t xml:space="preserve"> convallis a </w:t>
      </w:r>
      <w:proofErr w:type="spellStart"/>
      <w:r w:rsidRPr="00086561">
        <w:rPr>
          <w:rFonts w:cs="Times New Roman"/>
        </w:rPr>
        <w:t>cras</w:t>
      </w:r>
      <w:proofErr w:type="spellEnd"/>
      <w:r w:rsidRPr="00086561">
        <w:rPr>
          <w:rFonts w:cs="Times New Roman"/>
        </w:rPr>
        <w:t xml:space="preserve"> semper auctor. Libero id </w:t>
      </w:r>
      <w:proofErr w:type="spellStart"/>
      <w:r w:rsidRPr="00086561">
        <w:rPr>
          <w:rFonts w:cs="Times New Roman"/>
        </w:rPr>
        <w:t>faucibus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nisl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tincidunt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eget</w:t>
      </w:r>
      <w:proofErr w:type="spellEnd"/>
      <w:r w:rsidRPr="00086561">
        <w:rPr>
          <w:rFonts w:cs="Times New Roman"/>
        </w:rPr>
        <w:t xml:space="preserve">. Leo a diam </w:t>
      </w:r>
      <w:proofErr w:type="spellStart"/>
      <w:r w:rsidRPr="00086561">
        <w:rPr>
          <w:rFonts w:cs="Times New Roman"/>
        </w:rPr>
        <w:t>sollicitudin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tempor</w:t>
      </w:r>
      <w:proofErr w:type="spellEnd"/>
      <w:r w:rsidRPr="00086561">
        <w:rPr>
          <w:rFonts w:cs="Times New Roman"/>
        </w:rPr>
        <w:t xml:space="preserve"> id. A </w:t>
      </w:r>
      <w:proofErr w:type="spellStart"/>
      <w:r w:rsidRPr="00086561">
        <w:rPr>
          <w:rFonts w:cs="Times New Roman"/>
        </w:rPr>
        <w:t>lacus</w:t>
      </w:r>
      <w:proofErr w:type="spellEnd"/>
      <w:r w:rsidRPr="00086561">
        <w:rPr>
          <w:rFonts w:cs="Times New Roman"/>
        </w:rPr>
        <w:t xml:space="preserve"> vestibulum sed </w:t>
      </w:r>
      <w:proofErr w:type="spellStart"/>
      <w:r w:rsidRPr="00086561">
        <w:rPr>
          <w:rFonts w:cs="Times New Roman"/>
        </w:rPr>
        <w:t>arcu</w:t>
      </w:r>
      <w:proofErr w:type="spellEnd"/>
      <w:r w:rsidRPr="00086561">
        <w:rPr>
          <w:rFonts w:cs="Times New Roman"/>
        </w:rPr>
        <w:t xml:space="preserve"> non </w:t>
      </w:r>
      <w:proofErr w:type="spellStart"/>
      <w:r w:rsidRPr="00086561">
        <w:rPr>
          <w:rFonts w:cs="Times New Roman"/>
        </w:rPr>
        <w:t>odio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euismod</w:t>
      </w:r>
      <w:proofErr w:type="spellEnd"/>
      <w:r w:rsidRPr="00086561">
        <w:rPr>
          <w:rFonts w:cs="Times New Roman"/>
        </w:rPr>
        <w:t xml:space="preserve"> lacinia. In </w:t>
      </w:r>
      <w:proofErr w:type="spellStart"/>
      <w:r w:rsidRPr="00086561">
        <w:rPr>
          <w:rFonts w:cs="Times New Roman"/>
        </w:rPr>
        <w:t>tellus</w:t>
      </w:r>
      <w:proofErr w:type="spellEnd"/>
      <w:r w:rsidRPr="00086561">
        <w:rPr>
          <w:rFonts w:cs="Times New Roman"/>
        </w:rPr>
        <w:t xml:space="preserve"> integer </w:t>
      </w:r>
      <w:proofErr w:type="spellStart"/>
      <w:r w:rsidRPr="00086561">
        <w:rPr>
          <w:rFonts w:cs="Times New Roman"/>
        </w:rPr>
        <w:t>feugiat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scelerisque</w:t>
      </w:r>
      <w:proofErr w:type="spellEnd"/>
      <w:r w:rsidRPr="00086561">
        <w:rPr>
          <w:rFonts w:cs="Times New Roman"/>
        </w:rPr>
        <w:t xml:space="preserve">. </w:t>
      </w:r>
      <w:proofErr w:type="spellStart"/>
      <w:r w:rsidRPr="00086561">
        <w:rPr>
          <w:rFonts w:cs="Times New Roman"/>
        </w:rPr>
        <w:t>Feugiat</w:t>
      </w:r>
      <w:proofErr w:type="spellEnd"/>
      <w:r w:rsidRPr="00086561">
        <w:rPr>
          <w:rFonts w:cs="Times New Roman"/>
        </w:rPr>
        <w:t xml:space="preserve"> in fermentum </w:t>
      </w:r>
      <w:proofErr w:type="spellStart"/>
      <w:r w:rsidRPr="00086561">
        <w:rPr>
          <w:rFonts w:cs="Times New Roman"/>
        </w:rPr>
        <w:t>posuere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urna</w:t>
      </w:r>
      <w:proofErr w:type="spellEnd"/>
      <w:r w:rsidRPr="00086561">
        <w:rPr>
          <w:rFonts w:cs="Times New Roman"/>
        </w:rPr>
        <w:t xml:space="preserve"> nec </w:t>
      </w:r>
      <w:proofErr w:type="spellStart"/>
      <w:r w:rsidRPr="00086561">
        <w:rPr>
          <w:rFonts w:cs="Times New Roman"/>
        </w:rPr>
        <w:t>tincidunt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praesent</w:t>
      </w:r>
      <w:proofErr w:type="spellEnd"/>
      <w:r w:rsidRPr="00086561">
        <w:rPr>
          <w:rFonts w:cs="Times New Roman"/>
        </w:rPr>
        <w:t xml:space="preserve">. </w:t>
      </w:r>
      <w:proofErr w:type="spellStart"/>
      <w:r w:rsidRPr="00086561">
        <w:rPr>
          <w:rFonts w:cs="Times New Roman"/>
        </w:rPr>
        <w:t>Porttitor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rhoncus</w:t>
      </w:r>
      <w:proofErr w:type="spellEnd"/>
      <w:r w:rsidRPr="00086561">
        <w:rPr>
          <w:rFonts w:cs="Times New Roman"/>
        </w:rPr>
        <w:t xml:space="preserve"> dolor </w:t>
      </w:r>
      <w:proofErr w:type="spellStart"/>
      <w:r w:rsidRPr="00086561">
        <w:rPr>
          <w:rFonts w:cs="Times New Roman"/>
        </w:rPr>
        <w:t>purus</w:t>
      </w:r>
      <w:proofErr w:type="spellEnd"/>
      <w:r w:rsidRPr="00086561">
        <w:rPr>
          <w:rFonts w:cs="Times New Roman"/>
        </w:rPr>
        <w:t xml:space="preserve"> non </w:t>
      </w:r>
      <w:proofErr w:type="spellStart"/>
      <w:r w:rsidRPr="00086561">
        <w:rPr>
          <w:rFonts w:cs="Times New Roman"/>
        </w:rPr>
        <w:t>enim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praesent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elementum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facilisis</w:t>
      </w:r>
      <w:proofErr w:type="spellEnd"/>
      <w:r w:rsidRPr="00086561">
        <w:rPr>
          <w:rFonts w:cs="Times New Roman"/>
        </w:rPr>
        <w:t xml:space="preserve">. Nisi </w:t>
      </w:r>
      <w:proofErr w:type="spellStart"/>
      <w:r w:rsidRPr="00086561">
        <w:rPr>
          <w:rFonts w:cs="Times New Roman"/>
        </w:rPr>
        <w:t>scelerisque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eu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ultrices</w:t>
      </w:r>
      <w:proofErr w:type="spellEnd"/>
      <w:r w:rsidRPr="00086561">
        <w:rPr>
          <w:rFonts w:cs="Times New Roman"/>
        </w:rPr>
        <w:t xml:space="preserve"> vitae auctor </w:t>
      </w:r>
      <w:proofErr w:type="spellStart"/>
      <w:r w:rsidRPr="00086561">
        <w:rPr>
          <w:rFonts w:cs="Times New Roman"/>
        </w:rPr>
        <w:t>eu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augue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ut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lectus</w:t>
      </w:r>
      <w:proofErr w:type="spellEnd"/>
      <w:r w:rsidRPr="00086561">
        <w:rPr>
          <w:rFonts w:cs="Times New Roman"/>
        </w:rPr>
        <w:t xml:space="preserve">. Ipsum </w:t>
      </w:r>
      <w:proofErr w:type="spellStart"/>
      <w:r w:rsidRPr="00086561">
        <w:rPr>
          <w:rFonts w:cs="Times New Roman"/>
        </w:rPr>
        <w:t>faucibus</w:t>
      </w:r>
      <w:proofErr w:type="spellEnd"/>
      <w:r w:rsidRPr="00086561">
        <w:rPr>
          <w:rFonts w:cs="Times New Roman"/>
        </w:rPr>
        <w:t xml:space="preserve"> vitae </w:t>
      </w:r>
      <w:proofErr w:type="spellStart"/>
      <w:r w:rsidRPr="00086561">
        <w:rPr>
          <w:rFonts w:cs="Times New Roman"/>
        </w:rPr>
        <w:t>aliquet</w:t>
      </w:r>
      <w:proofErr w:type="spellEnd"/>
      <w:r w:rsidRPr="00086561">
        <w:rPr>
          <w:rFonts w:cs="Times New Roman"/>
        </w:rPr>
        <w:t xml:space="preserve"> nec </w:t>
      </w:r>
      <w:proofErr w:type="spellStart"/>
      <w:r w:rsidRPr="00086561">
        <w:rPr>
          <w:rFonts w:cs="Times New Roman"/>
        </w:rPr>
        <w:t>ullamcorper</w:t>
      </w:r>
      <w:proofErr w:type="spellEnd"/>
      <w:r w:rsidRPr="00086561">
        <w:rPr>
          <w:rFonts w:cs="Times New Roman"/>
        </w:rPr>
        <w:t xml:space="preserve"> sit </w:t>
      </w:r>
      <w:proofErr w:type="spellStart"/>
      <w:r w:rsidRPr="00086561">
        <w:rPr>
          <w:rFonts w:cs="Times New Roman"/>
        </w:rPr>
        <w:t>amet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risus</w:t>
      </w:r>
      <w:proofErr w:type="spellEnd"/>
      <w:r w:rsidRPr="00086561">
        <w:rPr>
          <w:rFonts w:cs="Times New Roman"/>
        </w:rPr>
        <w:t xml:space="preserve">. Et </w:t>
      </w:r>
      <w:proofErr w:type="spellStart"/>
      <w:r w:rsidRPr="00086561">
        <w:rPr>
          <w:rFonts w:cs="Times New Roman"/>
        </w:rPr>
        <w:t>malesuada</w:t>
      </w:r>
      <w:proofErr w:type="spellEnd"/>
      <w:r w:rsidRPr="00086561">
        <w:rPr>
          <w:rFonts w:cs="Times New Roman"/>
        </w:rPr>
        <w:t xml:space="preserve"> fames ac </w:t>
      </w:r>
      <w:proofErr w:type="spellStart"/>
      <w:r w:rsidRPr="00086561">
        <w:rPr>
          <w:rFonts w:cs="Times New Roman"/>
        </w:rPr>
        <w:t>turpis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egestas</w:t>
      </w:r>
      <w:proofErr w:type="spellEnd"/>
      <w:r w:rsidRPr="00086561">
        <w:rPr>
          <w:rFonts w:cs="Times New Roman"/>
        </w:rPr>
        <w:t xml:space="preserve"> sed. Sit </w:t>
      </w:r>
      <w:proofErr w:type="spellStart"/>
      <w:r w:rsidRPr="00086561">
        <w:rPr>
          <w:rFonts w:cs="Times New Roman"/>
        </w:rPr>
        <w:t>amet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nisl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suscipit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adipiscing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bibendum</w:t>
      </w:r>
      <w:proofErr w:type="spellEnd"/>
      <w:r w:rsidRPr="00086561">
        <w:rPr>
          <w:rFonts w:cs="Times New Roman"/>
        </w:rPr>
        <w:t xml:space="preserve"> est </w:t>
      </w:r>
      <w:proofErr w:type="spellStart"/>
      <w:r w:rsidRPr="00086561">
        <w:rPr>
          <w:rFonts w:cs="Times New Roman"/>
        </w:rPr>
        <w:t>ultricies</w:t>
      </w:r>
      <w:proofErr w:type="spellEnd"/>
      <w:r w:rsidRPr="00086561">
        <w:rPr>
          <w:rFonts w:cs="Times New Roman"/>
        </w:rPr>
        <w:t xml:space="preserve">. </w:t>
      </w:r>
      <w:proofErr w:type="spellStart"/>
      <w:r w:rsidRPr="00086561">
        <w:rPr>
          <w:rFonts w:cs="Times New Roman"/>
        </w:rPr>
        <w:t>Arcu</w:t>
      </w:r>
      <w:proofErr w:type="spellEnd"/>
      <w:r w:rsidRPr="00086561">
        <w:rPr>
          <w:rFonts w:cs="Times New Roman"/>
        </w:rPr>
        <w:t xml:space="preserve"> ac </w:t>
      </w:r>
      <w:proofErr w:type="spellStart"/>
      <w:r w:rsidRPr="00086561">
        <w:rPr>
          <w:rFonts w:cs="Times New Roman"/>
        </w:rPr>
        <w:t>tortor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dignissim</w:t>
      </w:r>
      <w:proofErr w:type="spellEnd"/>
      <w:r w:rsidRPr="00086561">
        <w:rPr>
          <w:rFonts w:cs="Times New Roman"/>
        </w:rPr>
        <w:t xml:space="preserve"> convallis </w:t>
      </w:r>
      <w:proofErr w:type="spellStart"/>
      <w:r w:rsidRPr="00086561">
        <w:rPr>
          <w:rFonts w:cs="Times New Roman"/>
        </w:rPr>
        <w:t>aenean</w:t>
      </w:r>
      <w:proofErr w:type="spellEnd"/>
      <w:r w:rsidRPr="00086561">
        <w:rPr>
          <w:rFonts w:cs="Times New Roman"/>
        </w:rPr>
        <w:t xml:space="preserve"> et </w:t>
      </w:r>
      <w:proofErr w:type="spellStart"/>
      <w:r w:rsidRPr="00086561">
        <w:rPr>
          <w:rFonts w:cs="Times New Roman"/>
        </w:rPr>
        <w:t>tortor</w:t>
      </w:r>
      <w:proofErr w:type="spellEnd"/>
      <w:r w:rsidRPr="00086561">
        <w:rPr>
          <w:rFonts w:cs="Times New Roman"/>
        </w:rPr>
        <w:t xml:space="preserve"> at. Pretium </w:t>
      </w:r>
      <w:proofErr w:type="spellStart"/>
      <w:r w:rsidRPr="00086561">
        <w:rPr>
          <w:rFonts w:cs="Times New Roman"/>
        </w:rPr>
        <w:t>viverra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suspendisse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potenti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nullam</w:t>
      </w:r>
      <w:proofErr w:type="spellEnd"/>
      <w:r w:rsidRPr="00086561">
        <w:rPr>
          <w:rFonts w:cs="Times New Roman"/>
        </w:rPr>
        <w:t xml:space="preserve"> ac </w:t>
      </w:r>
      <w:proofErr w:type="spellStart"/>
      <w:r w:rsidRPr="00086561">
        <w:rPr>
          <w:rFonts w:cs="Times New Roman"/>
        </w:rPr>
        <w:t>tortor</w:t>
      </w:r>
      <w:proofErr w:type="spellEnd"/>
      <w:r w:rsidRPr="00086561">
        <w:rPr>
          <w:rFonts w:cs="Times New Roman"/>
        </w:rPr>
        <w:t xml:space="preserve"> vitae </w:t>
      </w:r>
      <w:proofErr w:type="spellStart"/>
      <w:r w:rsidRPr="00086561">
        <w:rPr>
          <w:rFonts w:cs="Times New Roman"/>
        </w:rPr>
        <w:t>purus</w:t>
      </w:r>
      <w:proofErr w:type="spellEnd"/>
      <w:r w:rsidRPr="00086561">
        <w:rPr>
          <w:rFonts w:cs="Times New Roman"/>
        </w:rPr>
        <w:t xml:space="preserve">. Eros </w:t>
      </w:r>
      <w:proofErr w:type="spellStart"/>
      <w:r w:rsidRPr="00086561">
        <w:rPr>
          <w:rFonts w:cs="Times New Roman"/>
        </w:rPr>
        <w:t>donec</w:t>
      </w:r>
      <w:proofErr w:type="spellEnd"/>
      <w:r w:rsidRPr="00086561">
        <w:rPr>
          <w:rFonts w:cs="Times New Roman"/>
        </w:rPr>
        <w:t xml:space="preserve"> ac </w:t>
      </w:r>
      <w:proofErr w:type="spellStart"/>
      <w:r w:rsidRPr="00086561">
        <w:rPr>
          <w:rFonts w:cs="Times New Roman"/>
        </w:rPr>
        <w:t>odio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tempor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orci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dapibus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ultrices</w:t>
      </w:r>
      <w:proofErr w:type="spellEnd"/>
      <w:r w:rsidRPr="00086561">
        <w:rPr>
          <w:rFonts w:cs="Times New Roman"/>
        </w:rPr>
        <w:t xml:space="preserve">. </w:t>
      </w:r>
      <w:proofErr w:type="spellStart"/>
      <w:r w:rsidRPr="00086561">
        <w:rPr>
          <w:rFonts w:cs="Times New Roman"/>
        </w:rPr>
        <w:t>Elementum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nibh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tellus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molestie</w:t>
      </w:r>
      <w:proofErr w:type="spellEnd"/>
      <w:r w:rsidRPr="00086561">
        <w:rPr>
          <w:rFonts w:cs="Times New Roman"/>
        </w:rPr>
        <w:t xml:space="preserve"> nunc. Et </w:t>
      </w:r>
      <w:proofErr w:type="spellStart"/>
      <w:r w:rsidRPr="00086561">
        <w:rPr>
          <w:rFonts w:cs="Times New Roman"/>
        </w:rPr>
        <w:t>magnis</w:t>
      </w:r>
      <w:proofErr w:type="spellEnd"/>
      <w:r w:rsidRPr="00086561">
        <w:rPr>
          <w:rFonts w:cs="Times New Roman"/>
        </w:rPr>
        <w:t xml:space="preserve"> dis parturient </w:t>
      </w:r>
      <w:proofErr w:type="spellStart"/>
      <w:r w:rsidRPr="00086561">
        <w:rPr>
          <w:rFonts w:cs="Times New Roman"/>
        </w:rPr>
        <w:t>montes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nascetur</w:t>
      </w:r>
      <w:proofErr w:type="spellEnd"/>
      <w:r w:rsidRPr="00086561">
        <w:rPr>
          <w:rFonts w:cs="Times New Roman"/>
        </w:rPr>
        <w:t xml:space="preserve">. Est </w:t>
      </w:r>
      <w:proofErr w:type="spellStart"/>
      <w:r w:rsidRPr="00086561">
        <w:rPr>
          <w:rFonts w:cs="Times New Roman"/>
        </w:rPr>
        <w:t>placerat</w:t>
      </w:r>
      <w:proofErr w:type="spellEnd"/>
      <w:r w:rsidRPr="00086561">
        <w:rPr>
          <w:rFonts w:cs="Times New Roman"/>
        </w:rPr>
        <w:t xml:space="preserve"> in </w:t>
      </w:r>
      <w:proofErr w:type="spellStart"/>
      <w:r w:rsidRPr="00086561">
        <w:rPr>
          <w:rFonts w:cs="Times New Roman"/>
        </w:rPr>
        <w:t>egestas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erat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imperdiet</w:t>
      </w:r>
      <w:proofErr w:type="spellEnd"/>
      <w:r w:rsidRPr="00086561">
        <w:rPr>
          <w:rFonts w:cs="Times New Roman"/>
        </w:rPr>
        <w:t xml:space="preserve">. </w:t>
      </w:r>
      <w:proofErr w:type="spellStart"/>
      <w:r w:rsidRPr="00086561">
        <w:rPr>
          <w:rFonts w:cs="Times New Roman"/>
        </w:rPr>
        <w:t>Consequat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interdum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varius</w:t>
      </w:r>
      <w:proofErr w:type="spellEnd"/>
      <w:r w:rsidRPr="00086561">
        <w:rPr>
          <w:rFonts w:cs="Times New Roman"/>
        </w:rPr>
        <w:t xml:space="preserve"> sit </w:t>
      </w:r>
      <w:proofErr w:type="spellStart"/>
      <w:r w:rsidRPr="00086561">
        <w:rPr>
          <w:rFonts w:cs="Times New Roman"/>
        </w:rPr>
        <w:t>amet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mattis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vulputate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enim</w:t>
      </w:r>
      <w:proofErr w:type="spellEnd"/>
      <w:r w:rsidRPr="00086561">
        <w:rPr>
          <w:rFonts w:cs="Times New Roman"/>
        </w:rPr>
        <w:t>.</w:t>
      </w:r>
    </w:p>
    <w:p w14:paraId="4579C20D" w14:textId="7237A770" w:rsidR="00D61E5F" w:rsidRPr="00086561" w:rsidRDefault="00000000" w:rsidP="00FB7C98">
      <w:pPr>
        <w:pStyle w:val="Heading1"/>
        <w:rPr>
          <w:rFonts w:cs="Times New Roman"/>
        </w:rPr>
      </w:pPr>
      <w:r w:rsidRPr="00086561">
        <w:rPr>
          <w:rFonts w:cs="Times New Roman"/>
        </w:rPr>
        <w:t>Literature Review</w:t>
      </w:r>
    </w:p>
    <w:p w14:paraId="59EDBACF" w14:textId="640FFBA2" w:rsidR="00FB7C98" w:rsidRPr="00086561" w:rsidRDefault="00FB7C98">
      <w:pPr>
        <w:rPr>
          <w:rFonts w:cs="Times New Roman"/>
        </w:rPr>
      </w:pPr>
      <w:r w:rsidRPr="00086561">
        <w:rPr>
          <w:rFonts w:cs="Times New Roman"/>
        </w:rPr>
        <w:t xml:space="preserve">In </w:t>
      </w:r>
      <w:proofErr w:type="spellStart"/>
      <w:r w:rsidRPr="00086561">
        <w:rPr>
          <w:rFonts w:cs="Times New Roman"/>
        </w:rPr>
        <w:t>tincidunt</w:t>
      </w:r>
      <w:proofErr w:type="spellEnd"/>
      <w:r w:rsidRPr="00086561">
        <w:rPr>
          <w:rFonts w:cs="Times New Roman"/>
        </w:rPr>
        <w:t xml:space="preserve"> nec </w:t>
      </w:r>
      <w:proofErr w:type="spellStart"/>
      <w:r w:rsidRPr="00086561">
        <w:rPr>
          <w:rFonts w:cs="Times New Roman"/>
        </w:rPr>
        <w:t>sapien</w:t>
      </w:r>
      <w:proofErr w:type="spellEnd"/>
      <w:r w:rsidRPr="00086561">
        <w:rPr>
          <w:rFonts w:cs="Times New Roman"/>
        </w:rPr>
        <w:t xml:space="preserve"> et </w:t>
      </w:r>
      <w:proofErr w:type="spellStart"/>
      <w:r w:rsidRPr="00086561">
        <w:rPr>
          <w:rFonts w:cs="Times New Roman"/>
        </w:rPr>
        <w:t>malesuada</w:t>
      </w:r>
      <w:proofErr w:type="spellEnd"/>
      <w:r w:rsidRPr="00086561">
        <w:rPr>
          <w:rFonts w:cs="Times New Roman"/>
        </w:rPr>
        <w:t xml:space="preserve">. Ut magna </w:t>
      </w:r>
      <w:proofErr w:type="spellStart"/>
      <w:r w:rsidRPr="00086561">
        <w:rPr>
          <w:rFonts w:cs="Times New Roman"/>
        </w:rPr>
        <w:t>erat</w:t>
      </w:r>
      <w:proofErr w:type="spellEnd"/>
      <w:r w:rsidRPr="00086561">
        <w:rPr>
          <w:rFonts w:cs="Times New Roman"/>
        </w:rPr>
        <w:t xml:space="preserve">, </w:t>
      </w:r>
      <w:proofErr w:type="spellStart"/>
      <w:r w:rsidRPr="00086561">
        <w:rPr>
          <w:rFonts w:cs="Times New Roman"/>
        </w:rPr>
        <w:t>consectetur</w:t>
      </w:r>
      <w:proofErr w:type="spellEnd"/>
      <w:r w:rsidRPr="00086561">
        <w:rPr>
          <w:rFonts w:cs="Times New Roman"/>
        </w:rPr>
        <w:t xml:space="preserve"> sed </w:t>
      </w:r>
      <w:proofErr w:type="spellStart"/>
      <w:r w:rsidRPr="00086561">
        <w:rPr>
          <w:rFonts w:cs="Times New Roman"/>
        </w:rPr>
        <w:t>vehicula</w:t>
      </w:r>
      <w:proofErr w:type="spellEnd"/>
      <w:r w:rsidRPr="00086561">
        <w:rPr>
          <w:rFonts w:cs="Times New Roman"/>
        </w:rPr>
        <w:t xml:space="preserve"> ac, </w:t>
      </w:r>
      <w:proofErr w:type="spellStart"/>
      <w:r w:rsidRPr="00086561">
        <w:rPr>
          <w:rFonts w:cs="Times New Roman"/>
        </w:rPr>
        <w:t>consequat</w:t>
      </w:r>
      <w:proofErr w:type="spellEnd"/>
      <w:r w:rsidRPr="00086561">
        <w:rPr>
          <w:rFonts w:cs="Times New Roman"/>
        </w:rPr>
        <w:t xml:space="preserve"> sit </w:t>
      </w:r>
      <w:proofErr w:type="spellStart"/>
      <w:r w:rsidRPr="00086561">
        <w:rPr>
          <w:rFonts w:cs="Times New Roman"/>
        </w:rPr>
        <w:t>amet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velit</w:t>
      </w:r>
      <w:proofErr w:type="spellEnd"/>
      <w:r w:rsidRPr="00086561">
        <w:rPr>
          <w:rFonts w:cs="Times New Roman"/>
        </w:rPr>
        <w:t xml:space="preserve">. Vestibulum </w:t>
      </w:r>
      <w:proofErr w:type="spellStart"/>
      <w:r w:rsidRPr="00086561">
        <w:rPr>
          <w:rFonts w:cs="Times New Roman"/>
        </w:rPr>
        <w:t>dapibus</w:t>
      </w:r>
      <w:proofErr w:type="spellEnd"/>
      <w:r w:rsidRPr="00086561">
        <w:rPr>
          <w:rFonts w:cs="Times New Roman"/>
        </w:rPr>
        <w:t xml:space="preserve"> ligula in </w:t>
      </w:r>
      <w:proofErr w:type="spellStart"/>
      <w:r w:rsidRPr="00086561">
        <w:rPr>
          <w:rFonts w:cs="Times New Roman"/>
        </w:rPr>
        <w:t>tellus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posuere</w:t>
      </w:r>
      <w:proofErr w:type="spellEnd"/>
      <w:r w:rsidRPr="00086561">
        <w:rPr>
          <w:rFonts w:cs="Times New Roman"/>
        </w:rPr>
        <w:t xml:space="preserve">, </w:t>
      </w:r>
      <w:proofErr w:type="spellStart"/>
      <w:r w:rsidRPr="00086561">
        <w:rPr>
          <w:rFonts w:cs="Times New Roman"/>
        </w:rPr>
        <w:t>ut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placerat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enim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molestie</w:t>
      </w:r>
      <w:proofErr w:type="spellEnd"/>
      <w:r w:rsidRPr="00086561">
        <w:rPr>
          <w:rFonts w:cs="Times New Roman"/>
        </w:rPr>
        <w:t xml:space="preserve">. </w:t>
      </w:r>
      <w:proofErr w:type="spellStart"/>
      <w:r w:rsidRPr="00086561">
        <w:rPr>
          <w:rFonts w:cs="Times New Roman"/>
        </w:rPr>
        <w:t>Aliquam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eget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risus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mattis</w:t>
      </w:r>
      <w:proofErr w:type="spellEnd"/>
      <w:r w:rsidRPr="00086561">
        <w:rPr>
          <w:rFonts w:cs="Times New Roman"/>
        </w:rPr>
        <w:t xml:space="preserve">, </w:t>
      </w:r>
      <w:proofErr w:type="spellStart"/>
      <w:r w:rsidRPr="00086561">
        <w:rPr>
          <w:rFonts w:cs="Times New Roman"/>
        </w:rPr>
        <w:t>bibendum</w:t>
      </w:r>
      <w:proofErr w:type="spellEnd"/>
      <w:r w:rsidRPr="00086561">
        <w:rPr>
          <w:rFonts w:cs="Times New Roman"/>
        </w:rPr>
        <w:t xml:space="preserve"> diam et, </w:t>
      </w:r>
      <w:proofErr w:type="spellStart"/>
      <w:r w:rsidRPr="00086561">
        <w:rPr>
          <w:rFonts w:cs="Times New Roman"/>
        </w:rPr>
        <w:t>rhoncus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leo</w:t>
      </w:r>
      <w:proofErr w:type="spellEnd"/>
      <w:r w:rsidRPr="00086561">
        <w:rPr>
          <w:rFonts w:cs="Times New Roman"/>
        </w:rPr>
        <w:t xml:space="preserve">. </w:t>
      </w:r>
      <w:proofErr w:type="spellStart"/>
      <w:r w:rsidRPr="00086561">
        <w:rPr>
          <w:rFonts w:cs="Times New Roman"/>
        </w:rPr>
        <w:t>Pellentesque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malesuada</w:t>
      </w:r>
      <w:proofErr w:type="spellEnd"/>
      <w:r w:rsidRPr="00086561">
        <w:rPr>
          <w:rFonts w:cs="Times New Roman"/>
        </w:rPr>
        <w:t xml:space="preserve"> ante </w:t>
      </w:r>
      <w:proofErr w:type="spellStart"/>
      <w:r w:rsidRPr="00086561">
        <w:rPr>
          <w:rFonts w:cs="Times New Roman"/>
        </w:rPr>
        <w:t>leo</w:t>
      </w:r>
      <w:proofErr w:type="spellEnd"/>
      <w:r w:rsidRPr="00086561">
        <w:rPr>
          <w:rFonts w:cs="Times New Roman"/>
        </w:rPr>
        <w:t xml:space="preserve">, non </w:t>
      </w:r>
      <w:proofErr w:type="spellStart"/>
      <w:r w:rsidRPr="00086561">
        <w:rPr>
          <w:rFonts w:cs="Times New Roman"/>
        </w:rPr>
        <w:t>aliquet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erat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blandit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aliquam</w:t>
      </w:r>
      <w:proofErr w:type="spellEnd"/>
      <w:r w:rsidRPr="00086561">
        <w:rPr>
          <w:rFonts w:cs="Times New Roman"/>
        </w:rPr>
        <w:t xml:space="preserve">. </w:t>
      </w:r>
    </w:p>
    <w:p w14:paraId="65194FE0" w14:textId="1EEE22F1" w:rsidR="00FB7C98" w:rsidRPr="00086561" w:rsidRDefault="00FB7C98" w:rsidP="00FB7C98">
      <w:pPr>
        <w:pStyle w:val="Heading2"/>
      </w:pPr>
      <w:r w:rsidRPr="00086561">
        <w:t>Heading 2</w:t>
      </w:r>
    </w:p>
    <w:p w14:paraId="6BC4488B" w14:textId="41D29551" w:rsidR="00FB7C98" w:rsidRPr="00086561" w:rsidRDefault="00E6456B">
      <w:pPr>
        <w:rPr>
          <w:rFonts w:cs="Times New Roman"/>
        </w:rPr>
      </w:pPr>
      <w:r w:rsidRPr="00086561">
        <w:rPr>
          <w:rFonts w:cs="Times New Roman"/>
        </w:rPr>
        <w:t xml:space="preserve">Sit </w:t>
      </w:r>
      <w:proofErr w:type="spellStart"/>
      <w:r w:rsidRPr="00086561">
        <w:rPr>
          <w:rFonts w:cs="Times New Roman"/>
        </w:rPr>
        <w:t>amet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nulla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facilisi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morbi</w:t>
      </w:r>
      <w:proofErr w:type="spellEnd"/>
      <w:r w:rsidRPr="00086561">
        <w:rPr>
          <w:rFonts w:cs="Times New Roman"/>
        </w:rPr>
        <w:t xml:space="preserve"> tempus. </w:t>
      </w:r>
      <w:proofErr w:type="spellStart"/>
      <w:r w:rsidRPr="00086561">
        <w:rPr>
          <w:rFonts w:cs="Times New Roman"/>
        </w:rPr>
        <w:t>Nulla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facilisi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cras</w:t>
      </w:r>
      <w:proofErr w:type="spellEnd"/>
      <w:r w:rsidRPr="00086561">
        <w:rPr>
          <w:rFonts w:cs="Times New Roman"/>
        </w:rPr>
        <w:t xml:space="preserve"> fermentum </w:t>
      </w:r>
      <w:proofErr w:type="spellStart"/>
      <w:r w:rsidRPr="00086561">
        <w:rPr>
          <w:rFonts w:cs="Times New Roman"/>
        </w:rPr>
        <w:t>odio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eu</w:t>
      </w:r>
      <w:proofErr w:type="spellEnd"/>
      <w:r w:rsidRPr="00086561">
        <w:rPr>
          <w:rFonts w:cs="Times New Roman"/>
        </w:rPr>
        <w:t xml:space="preserve">. </w:t>
      </w:r>
      <w:proofErr w:type="spellStart"/>
      <w:r w:rsidRPr="00086561">
        <w:rPr>
          <w:rFonts w:cs="Times New Roman"/>
        </w:rPr>
        <w:t>Etiam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erat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velit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scelerisque</w:t>
      </w:r>
      <w:proofErr w:type="spellEnd"/>
      <w:r w:rsidRPr="00086561">
        <w:rPr>
          <w:rFonts w:cs="Times New Roman"/>
        </w:rPr>
        <w:t xml:space="preserve"> in dictum non </w:t>
      </w:r>
      <w:proofErr w:type="spellStart"/>
      <w:r w:rsidRPr="00086561">
        <w:rPr>
          <w:rFonts w:cs="Times New Roman"/>
        </w:rPr>
        <w:t>consectetur</w:t>
      </w:r>
      <w:proofErr w:type="spellEnd"/>
      <w:r w:rsidRPr="00086561">
        <w:rPr>
          <w:rFonts w:cs="Times New Roman"/>
        </w:rPr>
        <w:t xml:space="preserve"> </w:t>
      </w:r>
      <w:proofErr w:type="gramStart"/>
      <w:r w:rsidRPr="00086561">
        <w:rPr>
          <w:rFonts w:cs="Times New Roman"/>
        </w:rPr>
        <w:t>a</w:t>
      </w:r>
      <w:proofErr w:type="gram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erat</w:t>
      </w:r>
      <w:proofErr w:type="spellEnd"/>
      <w:r w:rsidRPr="00086561">
        <w:rPr>
          <w:rFonts w:cs="Times New Roman"/>
        </w:rPr>
        <w:t xml:space="preserve">. </w:t>
      </w:r>
      <w:proofErr w:type="spellStart"/>
      <w:r w:rsidRPr="00086561">
        <w:rPr>
          <w:rFonts w:cs="Times New Roman"/>
        </w:rPr>
        <w:t>Enim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nulla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aliquet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porttitor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lacus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luctus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accumsan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tortor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posuere</w:t>
      </w:r>
      <w:proofErr w:type="spellEnd"/>
      <w:r w:rsidRPr="00086561">
        <w:rPr>
          <w:rFonts w:cs="Times New Roman"/>
        </w:rPr>
        <w:t xml:space="preserve">. Ut </w:t>
      </w:r>
      <w:proofErr w:type="spellStart"/>
      <w:r w:rsidRPr="00086561">
        <w:rPr>
          <w:rFonts w:cs="Times New Roman"/>
        </w:rPr>
        <w:t>sem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nulla</w:t>
      </w:r>
      <w:proofErr w:type="spellEnd"/>
      <w:r w:rsidRPr="00086561">
        <w:rPr>
          <w:rFonts w:cs="Times New Roman"/>
        </w:rPr>
        <w:t xml:space="preserve"> pharetra diam. Fames ac </w:t>
      </w:r>
      <w:proofErr w:type="spellStart"/>
      <w:r w:rsidRPr="00086561">
        <w:rPr>
          <w:rFonts w:cs="Times New Roman"/>
        </w:rPr>
        <w:t>turpis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egestas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maecenas</w:t>
      </w:r>
      <w:proofErr w:type="spellEnd"/>
      <w:r w:rsidRPr="00086561">
        <w:rPr>
          <w:rFonts w:cs="Times New Roman"/>
        </w:rPr>
        <w:t xml:space="preserve">. Bibendum </w:t>
      </w:r>
      <w:proofErr w:type="spellStart"/>
      <w:r w:rsidRPr="00086561">
        <w:rPr>
          <w:rFonts w:cs="Times New Roman"/>
        </w:rPr>
        <w:t>neque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egestas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congue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quisque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egestas</w:t>
      </w:r>
      <w:proofErr w:type="spellEnd"/>
      <w:r w:rsidRPr="00086561">
        <w:rPr>
          <w:rFonts w:cs="Times New Roman"/>
        </w:rPr>
        <w:t xml:space="preserve"> diam. </w:t>
      </w:r>
      <w:proofErr w:type="spellStart"/>
      <w:r w:rsidRPr="00086561">
        <w:rPr>
          <w:rFonts w:cs="Times New Roman"/>
        </w:rPr>
        <w:t>Laoreet</w:t>
      </w:r>
      <w:proofErr w:type="spellEnd"/>
      <w:r w:rsidRPr="00086561">
        <w:rPr>
          <w:rFonts w:cs="Times New Roman"/>
        </w:rPr>
        <w:t xml:space="preserve"> id </w:t>
      </w:r>
      <w:proofErr w:type="spellStart"/>
      <w:r w:rsidRPr="00086561">
        <w:rPr>
          <w:rFonts w:cs="Times New Roman"/>
        </w:rPr>
        <w:t>donec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ultrices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tincidunt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arcu</w:t>
      </w:r>
      <w:proofErr w:type="spellEnd"/>
      <w:r w:rsidRPr="00086561">
        <w:rPr>
          <w:rFonts w:cs="Times New Roman"/>
        </w:rPr>
        <w:t xml:space="preserve"> non </w:t>
      </w:r>
      <w:proofErr w:type="spellStart"/>
      <w:r w:rsidRPr="00086561">
        <w:rPr>
          <w:rFonts w:cs="Times New Roman"/>
        </w:rPr>
        <w:t>sodales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neque</w:t>
      </w:r>
      <w:proofErr w:type="spellEnd"/>
      <w:r w:rsidRPr="00086561">
        <w:rPr>
          <w:rFonts w:cs="Times New Roman"/>
        </w:rPr>
        <w:t xml:space="preserve">. Eget </w:t>
      </w:r>
      <w:proofErr w:type="spellStart"/>
      <w:r w:rsidRPr="00086561">
        <w:rPr>
          <w:rFonts w:cs="Times New Roman"/>
        </w:rPr>
        <w:t>felis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eget</w:t>
      </w:r>
      <w:proofErr w:type="spellEnd"/>
      <w:r w:rsidRPr="00086561">
        <w:rPr>
          <w:rFonts w:cs="Times New Roman"/>
        </w:rPr>
        <w:t xml:space="preserve"> nunc </w:t>
      </w:r>
      <w:proofErr w:type="spellStart"/>
      <w:r w:rsidRPr="00086561">
        <w:rPr>
          <w:rFonts w:cs="Times New Roman"/>
        </w:rPr>
        <w:t>lobortis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mattis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aliquam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faucibus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purus</w:t>
      </w:r>
      <w:proofErr w:type="spellEnd"/>
      <w:r w:rsidRPr="00086561">
        <w:rPr>
          <w:rFonts w:cs="Times New Roman"/>
        </w:rPr>
        <w:t xml:space="preserve">. </w:t>
      </w:r>
      <w:proofErr w:type="spellStart"/>
      <w:r w:rsidRPr="00086561">
        <w:rPr>
          <w:rFonts w:cs="Times New Roman"/>
        </w:rPr>
        <w:t>Faucibus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interdum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posuere</w:t>
      </w:r>
      <w:proofErr w:type="spellEnd"/>
      <w:r w:rsidRPr="00086561">
        <w:rPr>
          <w:rFonts w:cs="Times New Roman"/>
        </w:rPr>
        <w:t xml:space="preserve"> lorem ipsum dolor </w:t>
      </w:r>
      <w:proofErr w:type="gramStart"/>
      <w:r w:rsidRPr="00086561">
        <w:rPr>
          <w:rFonts w:cs="Times New Roman"/>
        </w:rPr>
        <w:t>sit</w:t>
      </w:r>
      <w:proofErr w:type="gramEnd"/>
      <w:r w:rsidRPr="00086561">
        <w:rPr>
          <w:rFonts w:cs="Times New Roman"/>
        </w:rPr>
        <w:t>.</w:t>
      </w:r>
    </w:p>
    <w:p w14:paraId="39DDB465" w14:textId="42005DEB" w:rsidR="00FB7C98" w:rsidRPr="00086561" w:rsidRDefault="00FB7C98" w:rsidP="00FB7C98">
      <w:pPr>
        <w:pStyle w:val="Heading3"/>
        <w:rPr>
          <w:rFonts w:ascii="Times New Roman" w:hAnsi="Times New Roman" w:cs="Times New Roman"/>
        </w:rPr>
      </w:pPr>
      <w:r w:rsidRPr="00086561">
        <w:rPr>
          <w:rFonts w:ascii="Times New Roman" w:hAnsi="Times New Roman" w:cs="Times New Roman"/>
        </w:rPr>
        <w:t>Heading 3</w:t>
      </w:r>
    </w:p>
    <w:p w14:paraId="6B163D91" w14:textId="35602CF5" w:rsidR="00D61E5F" w:rsidRPr="00086561" w:rsidRDefault="00E6456B">
      <w:pPr>
        <w:rPr>
          <w:rFonts w:cs="Times New Roman"/>
        </w:rPr>
      </w:pPr>
      <w:r w:rsidRPr="00086561">
        <w:rPr>
          <w:rFonts w:cs="Times New Roman"/>
        </w:rPr>
        <w:t xml:space="preserve">Sit </w:t>
      </w:r>
      <w:proofErr w:type="spellStart"/>
      <w:r w:rsidRPr="00086561">
        <w:rPr>
          <w:rFonts w:cs="Times New Roman"/>
        </w:rPr>
        <w:t>amet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nulla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facilisi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morbi</w:t>
      </w:r>
      <w:proofErr w:type="spellEnd"/>
      <w:r w:rsidRPr="00086561">
        <w:rPr>
          <w:rFonts w:cs="Times New Roman"/>
        </w:rPr>
        <w:t xml:space="preserve"> tempus. </w:t>
      </w:r>
      <w:proofErr w:type="spellStart"/>
      <w:r w:rsidRPr="00086561">
        <w:rPr>
          <w:rFonts w:cs="Times New Roman"/>
        </w:rPr>
        <w:t>Nulla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facilisi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cras</w:t>
      </w:r>
      <w:proofErr w:type="spellEnd"/>
      <w:r w:rsidRPr="00086561">
        <w:rPr>
          <w:rFonts w:cs="Times New Roman"/>
        </w:rPr>
        <w:t xml:space="preserve"> fermentum </w:t>
      </w:r>
      <w:proofErr w:type="spellStart"/>
      <w:r w:rsidRPr="00086561">
        <w:rPr>
          <w:rFonts w:cs="Times New Roman"/>
        </w:rPr>
        <w:t>odio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eu</w:t>
      </w:r>
      <w:proofErr w:type="spellEnd"/>
      <w:r w:rsidRPr="00086561">
        <w:rPr>
          <w:rFonts w:cs="Times New Roman"/>
        </w:rPr>
        <w:t xml:space="preserve">. </w:t>
      </w:r>
      <w:proofErr w:type="spellStart"/>
      <w:r w:rsidRPr="00086561">
        <w:rPr>
          <w:rFonts w:cs="Times New Roman"/>
        </w:rPr>
        <w:t>Etiam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erat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velit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scelerisque</w:t>
      </w:r>
      <w:proofErr w:type="spellEnd"/>
      <w:r w:rsidRPr="00086561">
        <w:rPr>
          <w:rFonts w:cs="Times New Roman"/>
        </w:rPr>
        <w:t xml:space="preserve"> in dictum non </w:t>
      </w:r>
      <w:proofErr w:type="spellStart"/>
      <w:r w:rsidRPr="00086561">
        <w:rPr>
          <w:rFonts w:cs="Times New Roman"/>
        </w:rPr>
        <w:t>consectetur</w:t>
      </w:r>
      <w:proofErr w:type="spellEnd"/>
      <w:r w:rsidRPr="00086561">
        <w:rPr>
          <w:rFonts w:cs="Times New Roman"/>
        </w:rPr>
        <w:t xml:space="preserve"> </w:t>
      </w:r>
      <w:proofErr w:type="gramStart"/>
      <w:r w:rsidRPr="00086561">
        <w:rPr>
          <w:rFonts w:cs="Times New Roman"/>
        </w:rPr>
        <w:t>a</w:t>
      </w:r>
      <w:proofErr w:type="gram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erat</w:t>
      </w:r>
      <w:proofErr w:type="spellEnd"/>
      <w:r w:rsidRPr="00086561">
        <w:rPr>
          <w:rFonts w:cs="Times New Roman"/>
        </w:rPr>
        <w:t xml:space="preserve">. </w:t>
      </w:r>
      <w:proofErr w:type="spellStart"/>
      <w:r w:rsidRPr="00086561">
        <w:rPr>
          <w:rFonts w:cs="Times New Roman"/>
        </w:rPr>
        <w:t>Enim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nulla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aliquet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porttitor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lacus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luctus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accumsan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tortor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posuere</w:t>
      </w:r>
      <w:proofErr w:type="spellEnd"/>
      <w:r w:rsidRPr="00086561">
        <w:rPr>
          <w:rFonts w:cs="Times New Roman"/>
        </w:rPr>
        <w:t xml:space="preserve">. Ut </w:t>
      </w:r>
      <w:proofErr w:type="spellStart"/>
      <w:r w:rsidRPr="00086561">
        <w:rPr>
          <w:rFonts w:cs="Times New Roman"/>
        </w:rPr>
        <w:t>sem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nulla</w:t>
      </w:r>
      <w:proofErr w:type="spellEnd"/>
      <w:r w:rsidRPr="00086561">
        <w:rPr>
          <w:rFonts w:cs="Times New Roman"/>
        </w:rPr>
        <w:t xml:space="preserve"> pharetra diam. Fames ac </w:t>
      </w:r>
      <w:proofErr w:type="spellStart"/>
      <w:r w:rsidRPr="00086561">
        <w:rPr>
          <w:rFonts w:cs="Times New Roman"/>
        </w:rPr>
        <w:t>turpis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egestas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maecenas</w:t>
      </w:r>
      <w:proofErr w:type="spellEnd"/>
      <w:r w:rsidRPr="00086561">
        <w:rPr>
          <w:rFonts w:cs="Times New Roman"/>
        </w:rPr>
        <w:t xml:space="preserve">. Bibendum </w:t>
      </w:r>
      <w:proofErr w:type="spellStart"/>
      <w:r w:rsidRPr="00086561">
        <w:rPr>
          <w:rFonts w:cs="Times New Roman"/>
        </w:rPr>
        <w:t>neque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egestas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congue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quisque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egestas</w:t>
      </w:r>
      <w:proofErr w:type="spellEnd"/>
      <w:r w:rsidRPr="00086561">
        <w:rPr>
          <w:rFonts w:cs="Times New Roman"/>
        </w:rPr>
        <w:t xml:space="preserve"> diam. </w:t>
      </w:r>
      <w:proofErr w:type="spellStart"/>
      <w:r w:rsidRPr="00086561">
        <w:rPr>
          <w:rFonts w:cs="Times New Roman"/>
        </w:rPr>
        <w:t>Laoreet</w:t>
      </w:r>
      <w:proofErr w:type="spellEnd"/>
      <w:r w:rsidRPr="00086561">
        <w:rPr>
          <w:rFonts w:cs="Times New Roman"/>
        </w:rPr>
        <w:t xml:space="preserve"> id </w:t>
      </w:r>
      <w:proofErr w:type="spellStart"/>
      <w:r w:rsidRPr="00086561">
        <w:rPr>
          <w:rFonts w:cs="Times New Roman"/>
        </w:rPr>
        <w:t>donec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ultrices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tincidunt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arcu</w:t>
      </w:r>
      <w:proofErr w:type="spellEnd"/>
      <w:r w:rsidRPr="00086561">
        <w:rPr>
          <w:rFonts w:cs="Times New Roman"/>
        </w:rPr>
        <w:t xml:space="preserve"> non </w:t>
      </w:r>
      <w:proofErr w:type="spellStart"/>
      <w:r w:rsidRPr="00086561">
        <w:rPr>
          <w:rFonts w:cs="Times New Roman"/>
        </w:rPr>
        <w:t>sodales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neque</w:t>
      </w:r>
      <w:proofErr w:type="spellEnd"/>
      <w:r w:rsidRPr="00086561">
        <w:rPr>
          <w:rFonts w:cs="Times New Roman"/>
        </w:rPr>
        <w:t xml:space="preserve">. Eget </w:t>
      </w:r>
      <w:proofErr w:type="spellStart"/>
      <w:r w:rsidRPr="00086561">
        <w:rPr>
          <w:rFonts w:cs="Times New Roman"/>
        </w:rPr>
        <w:t>felis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eget</w:t>
      </w:r>
      <w:proofErr w:type="spellEnd"/>
      <w:r w:rsidRPr="00086561">
        <w:rPr>
          <w:rFonts w:cs="Times New Roman"/>
        </w:rPr>
        <w:t xml:space="preserve"> nunc </w:t>
      </w:r>
      <w:proofErr w:type="spellStart"/>
      <w:r w:rsidRPr="00086561">
        <w:rPr>
          <w:rFonts w:cs="Times New Roman"/>
        </w:rPr>
        <w:t>lobortis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mattis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aliquam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faucibus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purus</w:t>
      </w:r>
      <w:proofErr w:type="spellEnd"/>
      <w:r w:rsidRPr="00086561">
        <w:rPr>
          <w:rFonts w:cs="Times New Roman"/>
        </w:rPr>
        <w:t xml:space="preserve">. </w:t>
      </w:r>
      <w:proofErr w:type="spellStart"/>
      <w:r w:rsidRPr="00086561">
        <w:rPr>
          <w:rFonts w:cs="Times New Roman"/>
        </w:rPr>
        <w:t>Faucibus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interdum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posuere</w:t>
      </w:r>
      <w:proofErr w:type="spellEnd"/>
      <w:r w:rsidRPr="00086561">
        <w:rPr>
          <w:rFonts w:cs="Times New Roman"/>
        </w:rPr>
        <w:t xml:space="preserve"> lorem ipsum dolor </w:t>
      </w:r>
      <w:proofErr w:type="gramStart"/>
      <w:r w:rsidRPr="00086561">
        <w:rPr>
          <w:rFonts w:cs="Times New Roman"/>
        </w:rPr>
        <w:t>sit</w:t>
      </w:r>
      <w:proofErr w:type="gramEnd"/>
      <w:r w:rsidRPr="00086561">
        <w:rPr>
          <w:rFonts w:cs="Times New Roman"/>
        </w:rPr>
        <w:t>.</w:t>
      </w:r>
    </w:p>
    <w:p w14:paraId="4F44E381" w14:textId="42392599" w:rsidR="00D61E5F" w:rsidRPr="00086561" w:rsidRDefault="00000000" w:rsidP="00FB7C98">
      <w:pPr>
        <w:pStyle w:val="Heading1"/>
        <w:rPr>
          <w:rFonts w:cs="Times New Roman"/>
        </w:rPr>
      </w:pPr>
      <w:r w:rsidRPr="00086561">
        <w:rPr>
          <w:rFonts w:cs="Times New Roman"/>
        </w:rPr>
        <w:t>Methodology</w:t>
      </w:r>
    </w:p>
    <w:p w14:paraId="20D8A135" w14:textId="753B583B" w:rsidR="00D61E5F" w:rsidRPr="00086561" w:rsidRDefault="00E6456B">
      <w:pPr>
        <w:rPr>
          <w:rFonts w:cs="Times New Roman"/>
        </w:rPr>
      </w:pPr>
      <w:r w:rsidRPr="00086561">
        <w:rPr>
          <w:rFonts w:cs="Times New Roman"/>
        </w:rPr>
        <w:t xml:space="preserve">Lorem ipsum dolor </w:t>
      </w:r>
      <w:proofErr w:type="gramStart"/>
      <w:r w:rsidRPr="00086561">
        <w:rPr>
          <w:rFonts w:cs="Times New Roman"/>
        </w:rPr>
        <w:t>sit</w:t>
      </w:r>
      <w:proofErr w:type="gram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amet</w:t>
      </w:r>
      <w:proofErr w:type="spellEnd"/>
      <w:r w:rsidRPr="00086561">
        <w:rPr>
          <w:rFonts w:cs="Times New Roman"/>
        </w:rPr>
        <w:t xml:space="preserve">, </w:t>
      </w:r>
      <w:proofErr w:type="spellStart"/>
      <w:r w:rsidRPr="00086561">
        <w:rPr>
          <w:rFonts w:cs="Times New Roman"/>
        </w:rPr>
        <w:t>consectetur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adipiscing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elit</w:t>
      </w:r>
      <w:proofErr w:type="spellEnd"/>
      <w:r w:rsidRPr="00086561">
        <w:rPr>
          <w:rFonts w:cs="Times New Roman"/>
        </w:rPr>
        <w:t xml:space="preserve">, sed do </w:t>
      </w:r>
      <w:proofErr w:type="spellStart"/>
      <w:r w:rsidRPr="00086561">
        <w:rPr>
          <w:rFonts w:cs="Times New Roman"/>
        </w:rPr>
        <w:t>eiusmod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tempor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incididunt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ut</w:t>
      </w:r>
      <w:proofErr w:type="spellEnd"/>
      <w:r w:rsidRPr="00086561">
        <w:rPr>
          <w:rFonts w:cs="Times New Roman"/>
        </w:rPr>
        <w:t xml:space="preserve"> labore et dolore magna </w:t>
      </w:r>
      <w:proofErr w:type="spellStart"/>
      <w:r w:rsidRPr="00086561">
        <w:rPr>
          <w:rFonts w:cs="Times New Roman"/>
        </w:rPr>
        <w:t>aliqua</w:t>
      </w:r>
      <w:proofErr w:type="spellEnd"/>
      <w:r w:rsidRPr="00086561">
        <w:rPr>
          <w:rFonts w:cs="Times New Roman"/>
        </w:rPr>
        <w:t xml:space="preserve">. </w:t>
      </w:r>
      <w:proofErr w:type="spellStart"/>
      <w:r w:rsidRPr="00086561">
        <w:rPr>
          <w:rFonts w:cs="Times New Roman"/>
        </w:rPr>
        <w:t>Nisl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tincidunt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eget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nullam</w:t>
      </w:r>
      <w:proofErr w:type="spellEnd"/>
      <w:r w:rsidRPr="00086561">
        <w:rPr>
          <w:rFonts w:cs="Times New Roman"/>
        </w:rPr>
        <w:t xml:space="preserve"> non. Quis </w:t>
      </w:r>
      <w:proofErr w:type="spellStart"/>
      <w:r w:rsidRPr="00086561">
        <w:rPr>
          <w:rFonts w:cs="Times New Roman"/>
        </w:rPr>
        <w:t>hendrerit</w:t>
      </w:r>
      <w:proofErr w:type="spellEnd"/>
      <w:r w:rsidRPr="00086561">
        <w:rPr>
          <w:rFonts w:cs="Times New Roman"/>
        </w:rPr>
        <w:t xml:space="preserve"> dolor magna </w:t>
      </w:r>
      <w:proofErr w:type="spellStart"/>
      <w:r w:rsidRPr="00086561">
        <w:rPr>
          <w:rFonts w:cs="Times New Roman"/>
        </w:rPr>
        <w:t>eget</w:t>
      </w:r>
      <w:proofErr w:type="spellEnd"/>
      <w:r w:rsidRPr="00086561">
        <w:rPr>
          <w:rFonts w:cs="Times New Roman"/>
        </w:rPr>
        <w:t xml:space="preserve"> est lorem </w:t>
      </w:r>
      <w:r w:rsidRPr="00086561">
        <w:rPr>
          <w:rFonts w:cs="Times New Roman"/>
        </w:rPr>
        <w:lastRenderedPageBreak/>
        <w:t xml:space="preserve">ipsum dolor </w:t>
      </w:r>
      <w:proofErr w:type="gramStart"/>
      <w:r w:rsidRPr="00086561">
        <w:rPr>
          <w:rFonts w:cs="Times New Roman"/>
        </w:rPr>
        <w:t>sit</w:t>
      </w:r>
      <w:proofErr w:type="gramEnd"/>
      <w:r w:rsidRPr="00086561">
        <w:rPr>
          <w:rFonts w:cs="Times New Roman"/>
        </w:rPr>
        <w:t xml:space="preserve">. </w:t>
      </w:r>
      <w:proofErr w:type="spellStart"/>
      <w:r w:rsidRPr="00086561">
        <w:rPr>
          <w:rFonts w:cs="Times New Roman"/>
        </w:rPr>
        <w:t>Volutpat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odio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facilisis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mauris</w:t>
      </w:r>
      <w:proofErr w:type="spellEnd"/>
      <w:r w:rsidRPr="00086561">
        <w:rPr>
          <w:rFonts w:cs="Times New Roman"/>
        </w:rPr>
        <w:t xml:space="preserve"> sit </w:t>
      </w:r>
      <w:proofErr w:type="spellStart"/>
      <w:r w:rsidRPr="00086561">
        <w:rPr>
          <w:rFonts w:cs="Times New Roman"/>
        </w:rPr>
        <w:t>amet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massa</w:t>
      </w:r>
      <w:proofErr w:type="spellEnd"/>
      <w:r w:rsidRPr="00086561">
        <w:rPr>
          <w:rFonts w:cs="Times New Roman"/>
        </w:rPr>
        <w:t xml:space="preserve">. </w:t>
      </w:r>
      <w:proofErr w:type="spellStart"/>
      <w:r w:rsidRPr="00086561">
        <w:rPr>
          <w:rFonts w:cs="Times New Roman"/>
        </w:rPr>
        <w:t>Commodo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odio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aenean</w:t>
      </w:r>
      <w:proofErr w:type="spellEnd"/>
      <w:r w:rsidRPr="00086561">
        <w:rPr>
          <w:rFonts w:cs="Times New Roman"/>
        </w:rPr>
        <w:t xml:space="preserve"> sed </w:t>
      </w:r>
      <w:proofErr w:type="spellStart"/>
      <w:r w:rsidRPr="00086561">
        <w:rPr>
          <w:rFonts w:cs="Times New Roman"/>
        </w:rPr>
        <w:t>adipiscing</w:t>
      </w:r>
      <w:proofErr w:type="spellEnd"/>
      <w:r w:rsidRPr="00086561">
        <w:rPr>
          <w:rFonts w:cs="Times New Roman"/>
        </w:rPr>
        <w:t xml:space="preserve"> diam </w:t>
      </w:r>
      <w:proofErr w:type="spellStart"/>
      <w:r w:rsidRPr="00086561">
        <w:rPr>
          <w:rFonts w:cs="Times New Roman"/>
        </w:rPr>
        <w:t>donec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adipiscing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tristique</w:t>
      </w:r>
      <w:proofErr w:type="spellEnd"/>
      <w:r w:rsidRPr="00086561">
        <w:rPr>
          <w:rFonts w:cs="Times New Roman"/>
        </w:rPr>
        <w:t xml:space="preserve">. Mi </w:t>
      </w:r>
      <w:proofErr w:type="spellStart"/>
      <w:r w:rsidRPr="00086561">
        <w:rPr>
          <w:rFonts w:cs="Times New Roman"/>
        </w:rPr>
        <w:t>eget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mauris</w:t>
      </w:r>
      <w:proofErr w:type="spellEnd"/>
      <w:r w:rsidRPr="00086561">
        <w:rPr>
          <w:rFonts w:cs="Times New Roman"/>
        </w:rPr>
        <w:t xml:space="preserve"> pharetra et. Non </w:t>
      </w:r>
      <w:proofErr w:type="spellStart"/>
      <w:r w:rsidRPr="00086561">
        <w:rPr>
          <w:rFonts w:cs="Times New Roman"/>
        </w:rPr>
        <w:t>tellus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orci</w:t>
      </w:r>
      <w:proofErr w:type="spellEnd"/>
      <w:r w:rsidRPr="00086561">
        <w:rPr>
          <w:rFonts w:cs="Times New Roman"/>
        </w:rPr>
        <w:t xml:space="preserve"> ac auctor </w:t>
      </w:r>
      <w:proofErr w:type="spellStart"/>
      <w:r w:rsidRPr="00086561">
        <w:rPr>
          <w:rFonts w:cs="Times New Roman"/>
        </w:rPr>
        <w:t>augue</w:t>
      </w:r>
      <w:proofErr w:type="spellEnd"/>
      <w:r w:rsidRPr="00086561">
        <w:rPr>
          <w:rFonts w:cs="Times New Roman"/>
        </w:rPr>
        <w:t xml:space="preserve">. Elit at </w:t>
      </w:r>
      <w:proofErr w:type="spellStart"/>
      <w:r w:rsidRPr="00086561">
        <w:rPr>
          <w:rFonts w:cs="Times New Roman"/>
        </w:rPr>
        <w:t>imperdiet</w:t>
      </w:r>
      <w:proofErr w:type="spellEnd"/>
      <w:r w:rsidRPr="00086561">
        <w:rPr>
          <w:rFonts w:cs="Times New Roman"/>
        </w:rPr>
        <w:t xml:space="preserve"> dui </w:t>
      </w:r>
      <w:proofErr w:type="spellStart"/>
      <w:r w:rsidRPr="00086561">
        <w:rPr>
          <w:rFonts w:cs="Times New Roman"/>
        </w:rPr>
        <w:t>accumsan</w:t>
      </w:r>
      <w:proofErr w:type="spellEnd"/>
      <w:r w:rsidRPr="00086561">
        <w:rPr>
          <w:rFonts w:cs="Times New Roman"/>
        </w:rPr>
        <w:t xml:space="preserve"> sit. </w:t>
      </w:r>
      <w:proofErr w:type="spellStart"/>
      <w:r w:rsidRPr="00086561">
        <w:rPr>
          <w:rFonts w:cs="Times New Roman"/>
        </w:rPr>
        <w:t>Ornare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arcu</w:t>
      </w:r>
      <w:proofErr w:type="spellEnd"/>
      <w:r w:rsidRPr="00086561">
        <w:rPr>
          <w:rFonts w:cs="Times New Roman"/>
        </w:rPr>
        <w:t xml:space="preserve"> dui </w:t>
      </w:r>
      <w:proofErr w:type="spellStart"/>
      <w:r w:rsidRPr="00086561">
        <w:rPr>
          <w:rFonts w:cs="Times New Roman"/>
        </w:rPr>
        <w:t>vivamus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arcu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felis</w:t>
      </w:r>
      <w:proofErr w:type="spellEnd"/>
      <w:r w:rsidRPr="00086561">
        <w:rPr>
          <w:rFonts w:cs="Times New Roman"/>
        </w:rPr>
        <w:t xml:space="preserve">. </w:t>
      </w:r>
      <w:proofErr w:type="spellStart"/>
      <w:r w:rsidRPr="00086561">
        <w:rPr>
          <w:rFonts w:cs="Times New Roman"/>
        </w:rPr>
        <w:t>Egestas</w:t>
      </w:r>
      <w:proofErr w:type="spellEnd"/>
      <w:r w:rsidRPr="00086561">
        <w:rPr>
          <w:rFonts w:cs="Times New Roman"/>
        </w:rPr>
        <w:t xml:space="preserve"> integer </w:t>
      </w:r>
      <w:proofErr w:type="spellStart"/>
      <w:r w:rsidRPr="00086561">
        <w:rPr>
          <w:rFonts w:cs="Times New Roman"/>
        </w:rPr>
        <w:t>eget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aliquet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nibh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praesent</w:t>
      </w:r>
      <w:proofErr w:type="spellEnd"/>
      <w:r w:rsidRPr="00086561">
        <w:rPr>
          <w:rFonts w:cs="Times New Roman"/>
        </w:rPr>
        <w:t xml:space="preserve">. In hac </w:t>
      </w:r>
      <w:proofErr w:type="spellStart"/>
      <w:r w:rsidRPr="00086561">
        <w:rPr>
          <w:rFonts w:cs="Times New Roman"/>
        </w:rPr>
        <w:t>habitasse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platea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dictumst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quisque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sagittis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purus</w:t>
      </w:r>
      <w:proofErr w:type="spellEnd"/>
      <w:r w:rsidRPr="00086561">
        <w:rPr>
          <w:rFonts w:cs="Times New Roman"/>
        </w:rPr>
        <w:t xml:space="preserve">. Pulvinar </w:t>
      </w:r>
      <w:proofErr w:type="spellStart"/>
      <w:r w:rsidRPr="00086561">
        <w:rPr>
          <w:rFonts w:cs="Times New Roman"/>
        </w:rPr>
        <w:t>elementum</w:t>
      </w:r>
      <w:proofErr w:type="spellEnd"/>
      <w:r w:rsidRPr="00086561">
        <w:rPr>
          <w:rFonts w:cs="Times New Roman"/>
        </w:rPr>
        <w:t xml:space="preserve"> integer </w:t>
      </w:r>
      <w:proofErr w:type="spellStart"/>
      <w:r w:rsidRPr="00086561">
        <w:rPr>
          <w:rFonts w:cs="Times New Roman"/>
        </w:rPr>
        <w:t>enim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neque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volutpat</w:t>
      </w:r>
      <w:proofErr w:type="spellEnd"/>
      <w:r w:rsidRPr="00086561">
        <w:rPr>
          <w:rFonts w:cs="Times New Roman"/>
        </w:rPr>
        <w:t xml:space="preserve"> ac.</w:t>
      </w:r>
    </w:p>
    <w:p w14:paraId="31AD43D3" w14:textId="291D615E" w:rsidR="00D61E5F" w:rsidRPr="00086561" w:rsidRDefault="00000000" w:rsidP="00FB7C98">
      <w:pPr>
        <w:pStyle w:val="Heading1"/>
        <w:rPr>
          <w:rFonts w:cs="Times New Roman"/>
        </w:rPr>
      </w:pPr>
      <w:r w:rsidRPr="00086561">
        <w:rPr>
          <w:rFonts w:cs="Times New Roman"/>
        </w:rPr>
        <w:t>Results</w:t>
      </w:r>
    </w:p>
    <w:p w14:paraId="5F0FB9C3" w14:textId="3ECAE030" w:rsidR="00D61E5F" w:rsidRPr="00086561" w:rsidRDefault="00FB7C98">
      <w:pPr>
        <w:rPr>
          <w:rFonts w:cs="Times New Roman"/>
        </w:rPr>
      </w:pPr>
      <w:r w:rsidRPr="00086561">
        <w:rPr>
          <w:rFonts w:cs="Times New Roman"/>
        </w:rPr>
        <w:t xml:space="preserve">In </w:t>
      </w:r>
      <w:proofErr w:type="spellStart"/>
      <w:r w:rsidRPr="00086561">
        <w:rPr>
          <w:rFonts w:cs="Times New Roman"/>
        </w:rPr>
        <w:t>tincidunt</w:t>
      </w:r>
      <w:proofErr w:type="spellEnd"/>
      <w:r w:rsidRPr="00086561">
        <w:rPr>
          <w:rFonts w:cs="Times New Roman"/>
        </w:rPr>
        <w:t xml:space="preserve"> nec </w:t>
      </w:r>
      <w:proofErr w:type="spellStart"/>
      <w:r w:rsidRPr="00086561">
        <w:rPr>
          <w:rFonts w:cs="Times New Roman"/>
        </w:rPr>
        <w:t>sapien</w:t>
      </w:r>
      <w:proofErr w:type="spellEnd"/>
      <w:r w:rsidRPr="00086561">
        <w:rPr>
          <w:rFonts w:cs="Times New Roman"/>
        </w:rPr>
        <w:t xml:space="preserve"> et </w:t>
      </w:r>
      <w:proofErr w:type="spellStart"/>
      <w:r w:rsidRPr="00086561">
        <w:rPr>
          <w:rFonts w:cs="Times New Roman"/>
        </w:rPr>
        <w:t>malesuada</w:t>
      </w:r>
      <w:proofErr w:type="spellEnd"/>
      <w:r w:rsidRPr="00086561">
        <w:rPr>
          <w:rFonts w:cs="Times New Roman"/>
        </w:rPr>
        <w:t xml:space="preserve">. Ut magna </w:t>
      </w:r>
      <w:proofErr w:type="spellStart"/>
      <w:r w:rsidRPr="00086561">
        <w:rPr>
          <w:rFonts w:cs="Times New Roman"/>
        </w:rPr>
        <w:t>erat</w:t>
      </w:r>
      <w:proofErr w:type="spellEnd"/>
      <w:r w:rsidRPr="00086561">
        <w:rPr>
          <w:rFonts w:cs="Times New Roman"/>
        </w:rPr>
        <w:t xml:space="preserve">, </w:t>
      </w:r>
      <w:proofErr w:type="spellStart"/>
      <w:r w:rsidRPr="00086561">
        <w:rPr>
          <w:rFonts w:cs="Times New Roman"/>
        </w:rPr>
        <w:t>consectetur</w:t>
      </w:r>
      <w:proofErr w:type="spellEnd"/>
      <w:r w:rsidRPr="00086561">
        <w:rPr>
          <w:rFonts w:cs="Times New Roman"/>
        </w:rPr>
        <w:t xml:space="preserve"> sed </w:t>
      </w:r>
      <w:proofErr w:type="spellStart"/>
      <w:r w:rsidRPr="00086561">
        <w:rPr>
          <w:rFonts w:cs="Times New Roman"/>
        </w:rPr>
        <w:t>vehicula</w:t>
      </w:r>
      <w:proofErr w:type="spellEnd"/>
      <w:r w:rsidRPr="00086561">
        <w:rPr>
          <w:rFonts w:cs="Times New Roman"/>
        </w:rPr>
        <w:t xml:space="preserve"> ac, </w:t>
      </w:r>
      <w:proofErr w:type="spellStart"/>
      <w:r w:rsidRPr="00086561">
        <w:rPr>
          <w:rFonts w:cs="Times New Roman"/>
        </w:rPr>
        <w:t>consequat</w:t>
      </w:r>
      <w:proofErr w:type="spellEnd"/>
      <w:r w:rsidRPr="00086561">
        <w:rPr>
          <w:rFonts w:cs="Times New Roman"/>
        </w:rPr>
        <w:t xml:space="preserve"> sit </w:t>
      </w:r>
      <w:proofErr w:type="spellStart"/>
      <w:r w:rsidRPr="00086561">
        <w:rPr>
          <w:rFonts w:cs="Times New Roman"/>
        </w:rPr>
        <w:t>amet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velit</w:t>
      </w:r>
      <w:proofErr w:type="spellEnd"/>
      <w:r w:rsidRPr="00086561">
        <w:rPr>
          <w:rFonts w:cs="Times New Roman"/>
        </w:rPr>
        <w:t xml:space="preserve">. Vestibulum </w:t>
      </w:r>
      <w:proofErr w:type="spellStart"/>
      <w:r w:rsidRPr="00086561">
        <w:rPr>
          <w:rFonts w:cs="Times New Roman"/>
        </w:rPr>
        <w:t>dapibus</w:t>
      </w:r>
      <w:proofErr w:type="spellEnd"/>
      <w:r w:rsidRPr="00086561">
        <w:rPr>
          <w:rFonts w:cs="Times New Roman"/>
        </w:rPr>
        <w:t xml:space="preserve"> ligula in </w:t>
      </w:r>
      <w:proofErr w:type="spellStart"/>
      <w:r w:rsidRPr="00086561">
        <w:rPr>
          <w:rFonts w:cs="Times New Roman"/>
        </w:rPr>
        <w:t>tellus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posuere</w:t>
      </w:r>
      <w:proofErr w:type="spellEnd"/>
      <w:r w:rsidRPr="00086561">
        <w:rPr>
          <w:rFonts w:cs="Times New Roman"/>
        </w:rPr>
        <w:t xml:space="preserve">, </w:t>
      </w:r>
      <w:proofErr w:type="spellStart"/>
      <w:r w:rsidRPr="00086561">
        <w:rPr>
          <w:rFonts w:cs="Times New Roman"/>
        </w:rPr>
        <w:t>ut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placerat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enim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molestie</w:t>
      </w:r>
      <w:proofErr w:type="spellEnd"/>
      <w:r w:rsidRPr="00086561">
        <w:rPr>
          <w:rFonts w:cs="Times New Roman"/>
        </w:rPr>
        <w:t xml:space="preserve">. </w:t>
      </w:r>
      <w:proofErr w:type="spellStart"/>
      <w:r w:rsidRPr="00086561">
        <w:rPr>
          <w:rFonts w:cs="Times New Roman"/>
        </w:rPr>
        <w:t>Aliquam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eget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risus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mattis</w:t>
      </w:r>
      <w:proofErr w:type="spellEnd"/>
      <w:r w:rsidRPr="00086561">
        <w:rPr>
          <w:rFonts w:cs="Times New Roman"/>
        </w:rPr>
        <w:t xml:space="preserve">, </w:t>
      </w:r>
      <w:proofErr w:type="spellStart"/>
      <w:r w:rsidRPr="00086561">
        <w:rPr>
          <w:rFonts w:cs="Times New Roman"/>
        </w:rPr>
        <w:t>bibendum</w:t>
      </w:r>
      <w:proofErr w:type="spellEnd"/>
      <w:r w:rsidRPr="00086561">
        <w:rPr>
          <w:rFonts w:cs="Times New Roman"/>
        </w:rPr>
        <w:t xml:space="preserve"> diam et, </w:t>
      </w:r>
      <w:proofErr w:type="spellStart"/>
      <w:r w:rsidRPr="00086561">
        <w:rPr>
          <w:rFonts w:cs="Times New Roman"/>
        </w:rPr>
        <w:t>rhoncus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leo</w:t>
      </w:r>
      <w:proofErr w:type="spellEnd"/>
      <w:r w:rsidRPr="00086561">
        <w:rPr>
          <w:rFonts w:cs="Times New Roman"/>
        </w:rPr>
        <w:t xml:space="preserve">. </w:t>
      </w:r>
      <w:proofErr w:type="spellStart"/>
      <w:r w:rsidRPr="00086561">
        <w:rPr>
          <w:rFonts w:cs="Times New Roman"/>
        </w:rPr>
        <w:t>Pellentesque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malesuada</w:t>
      </w:r>
      <w:proofErr w:type="spellEnd"/>
      <w:r w:rsidRPr="00086561">
        <w:rPr>
          <w:rFonts w:cs="Times New Roman"/>
        </w:rPr>
        <w:t xml:space="preserve"> ante </w:t>
      </w:r>
      <w:proofErr w:type="spellStart"/>
      <w:r w:rsidRPr="00086561">
        <w:rPr>
          <w:rFonts w:cs="Times New Roman"/>
        </w:rPr>
        <w:t>leo</w:t>
      </w:r>
      <w:proofErr w:type="spellEnd"/>
      <w:r w:rsidRPr="00086561">
        <w:rPr>
          <w:rFonts w:cs="Times New Roman"/>
        </w:rPr>
        <w:t xml:space="preserve">, non </w:t>
      </w:r>
      <w:proofErr w:type="spellStart"/>
      <w:r w:rsidRPr="00086561">
        <w:rPr>
          <w:rFonts w:cs="Times New Roman"/>
        </w:rPr>
        <w:t>aliquet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erat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blandit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aliquam</w:t>
      </w:r>
      <w:proofErr w:type="spellEnd"/>
      <w:r w:rsidRPr="00086561">
        <w:rPr>
          <w:rFonts w:cs="Times New Roman"/>
        </w:rPr>
        <w:t xml:space="preserve">. </w:t>
      </w:r>
      <w:proofErr w:type="spellStart"/>
      <w:r w:rsidRPr="00086561">
        <w:rPr>
          <w:rFonts w:cs="Times New Roman"/>
        </w:rPr>
        <w:t>Pellentesque</w:t>
      </w:r>
      <w:proofErr w:type="spellEnd"/>
      <w:r w:rsidRPr="00086561">
        <w:rPr>
          <w:rFonts w:cs="Times New Roman"/>
        </w:rPr>
        <w:t xml:space="preserve"> sit </w:t>
      </w:r>
      <w:proofErr w:type="spellStart"/>
      <w:r w:rsidRPr="00086561">
        <w:rPr>
          <w:rFonts w:cs="Times New Roman"/>
        </w:rPr>
        <w:t>amet</w:t>
      </w:r>
      <w:proofErr w:type="spellEnd"/>
      <w:r w:rsidRPr="00086561">
        <w:rPr>
          <w:rFonts w:cs="Times New Roman"/>
        </w:rPr>
        <w:t xml:space="preserve"> pharetra est. Cras </w:t>
      </w:r>
      <w:proofErr w:type="spellStart"/>
      <w:r w:rsidRPr="00086561">
        <w:rPr>
          <w:rFonts w:cs="Times New Roman"/>
        </w:rPr>
        <w:t>fringilla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tortor</w:t>
      </w:r>
      <w:proofErr w:type="spellEnd"/>
      <w:r w:rsidRPr="00086561">
        <w:rPr>
          <w:rFonts w:cs="Times New Roman"/>
        </w:rPr>
        <w:t xml:space="preserve"> non diam </w:t>
      </w:r>
      <w:proofErr w:type="spellStart"/>
      <w:r w:rsidRPr="00086561">
        <w:rPr>
          <w:rFonts w:cs="Times New Roman"/>
        </w:rPr>
        <w:t>molestie</w:t>
      </w:r>
      <w:proofErr w:type="spellEnd"/>
      <w:r w:rsidRPr="00086561">
        <w:rPr>
          <w:rFonts w:cs="Times New Roman"/>
        </w:rPr>
        <w:t xml:space="preserve">, nec </w:t>
      </w:r>
      <w:proofErr w:type="spellStart"/>
      <w:r w:rsidRPr="00086561">
        <w:rPr>
          <w:rFonts w:cs="Times New Roman"/>
        </w:rPr>
        <w:t>vulputate</w:t>
      </w:r>
      <w:proofErr w:type="spellEnd"/>
      <w:r w:rsidRPr="00086561">
        <w:rPr>
          <w:rFonts w:cs="Times New Roman"/>
        </w:rPr>
        <w:t xml:space="preserve"> est </w:t>
      </w:r>
      <w:proofErr w:type="spellStart"/>
      <w:r w:rsidRPr="00086561">
        <w:rPr>
          <w:rFonts w:cs="Times New Roman"/>
        </w:rPr>
        <w:t>varius</w:t>
      </w:r>
      <w:proofErr w:type="spellEnd"/>
      <w:r w:rsidRPr="00086561">
        <w:rPr>
          <w:rFonts w:cs="Times New Roman"/>
        </w:rPr>
        <w:t xml:space="preserve">. Mauris </w:t>
      </w:r>
      <w:proofErr w:type="spellStart"/>
      <w:r w:rsidRPr="00086561">
        <w:rPr>
          <w:rFonts w:cs="Times New Roman"/>
        </w:rPr>
        <w:t>consectetur</w:t>
      </w:r>
      <w:proofErr w:type="spellEnd"/>
      <w:r w:rsidRPr="00086561">
        <w:rPr>
          <w:rFonts w:cs="Times New Roman"/>
        </w:rPr>
        <w:t xml:space="preserve"> vestibulum ligula, ac </w:t>
      </w:r>
      <w:proofErr w:type="spellStart"/>
      <w:r w:rsidRPr="00086561">
        <w:rPr>
          <w:rFonts w:cs="Times New Roman"/>
        </w:rPr>
        <w:t>faucibus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nibh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tincidunt</w:t>
      </w:r>
      <w:proofErr w:type="spellEnd"/>
      <w:r w:rsidRPr="00086561">
        <w:rPr>
          <w:rFonts w:cs="Times New Roman"/>
        </w:rPr>
        <w:t xml:space="preserve"> id. Proin </w:t>
      </w:r>
      <w:proofErr w:type="spellStart"/>
      <w:r w:rsidRPr="00086561">
        <w:rPr>
          <w:rFonts w:cs="Times New Roman"/>
        </w:rPr>
        <w:t>ultrices</w:t>
      </w:r>
      <w:proofErr w:type="spellEnd"/>
      <w:r w:rsidRPr="00086561">
        <w:rPr>
          <w:rFonts w:cs="Times New Roman"/>
        </w:rPr>
        <w:t xml:space="preserve">, </w:t>
      </w:r>
      <w:proofErr w:type="spellStart"/>
      <w:r w:rsidRPr="00086561">
        <w:rPr>
          <w:rFonts w:cs="Times New Roman"/>
        </w:rPr>
        <w:t>felis</w:t>
      </w:r>
      <w:proofErr w:type="spellEnd"/>
      <w:r w:rsidRPr="00086561">
        <w:rPr>
          <w:rFonts w:cs="Times New Roman"/>
        </w:rPr>
        <w:t xml:space="preserve"> id </w:t>
      </w:r>
      <w:proofErr w:type="spellStart"/>
      <w:r w:rsidRPr="00086561">
        <w:rPr>
          <w:rFonts w:cs="Times New Roman"/>
        </w:rPr>
        <w:t>faucibus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bibendum</w:t>
      </w:r>
      <w:proofErr w:type="spellEnd"/>
      <w:r w:rsidRPr="00086561">
        <w:rPr>
          <w:rFonts w:cs="Times New Roman"/>
        </w:rPr>
        <w:t xml:space="preserve">, </w:t>
      </w:r>
      <w:proofErr w:type="spellStart"/>
      <w:r w:rsidRPr="00086561">
        <w:rPr>
          <w:rFonts w:cs="Times New Roman"/>
        </w:rPr>
        <w:t>enim</w:t>
      </w:r>
      <w:proofErr w:type="spellEnd"/>
      <w:r w:rsidRPr="00086561">
        <w:rPr>
          <w:rFonts w:cs="Times New Roman"/>
        </w:rPr>
        <w:t xml:space="preserve"> ante </w:t>
      </w:r>
      <w:proofErr w:type="spellStart"/>
      <w:r w:rsidRPr="00086561">
        <w:rPr>
          <w:rFonts w:cs="Times New Roman"/>
        </w:rPr>
        <w:t>pellentesque</w:t>
      </w:r>
      <w:proofErr w:type="spellEnd"/>
      <w:r w:rsidRPr="00086561">
        <w:rPr>
          <w:rFonts w:cs="Times New Roman"/>
        </w:rPr>
        <w:t xml:space="preserve"> libero, vitae </w:t>
      </w:r>
      <w:proofErr w:type="spellStart"/>
      <w:r w:rsidRPr="00086561">
        <w:rPr>
          <w:rFonts w:cs="Times New Roman"/>
        </w:rPr>
        <w:t>interdum</w:t>
      </w:r>
      <w:proofErr w:type="spellEnd"/>
      <w:r w:rsidRPr="00086561">
        <w:rPr>
          <w:rFonts w:cs="Times New Roman"/>
        </w:rPr>
        <w:t xml:space="preserve"> nunc </w:t>
      </w:r>
      <w:proofErr w:type="spellStart"/>
      <w:r w:rsidRPr="00086561">
        <w:rPr>
          <w:rFonts w:cs="Times New Roman"/>
        </w:rPr>
        <w:t>sem</w:t>
      </w:r>
      <w:proofErr w:type="spellEnd"/>
      <w:r w:rsidRPr="00086561">
        <w:rPr>
          <w:rFonts w:cs="Times New Roman"/>
        </w:rPr>
        <w:t xml:space="preserve"> </w:t>
      </w:r>
      <w:proofErr w:type="gramStart"/>
      <w:r w:rsidRPr="00086561">
        <w:rPr>
          <w:rFonts w:cs="Times New Roman"/>
        </w:rPr>
        <w:t>a</w:t>
      </w:r>
      <w:proofErr w:type="gram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erat</w:t>
      </w:r>
      <w:proofErr w:type="spellEnd"/>
      <w:r w:rsidRPr="00086561">
        <w:rPr>
          <w:rFonts w:cs="Times New Roman"/>
        </w:rPr>
        <w:t>.</w:t>
      </w:r>
    </w:p>
    <w:p w14:paraId="79564BF2" w14:textId="41502935" w:rsidR="00D61E5F" w:rsidRPr="00086561" w:rsidRDefault="00000000" w:rsidP="00FB7C98">
      <w:pPr>
        <w:pStyle w:val="Heading1"/>
        <w:rPr>
          <w:rFonts w:cs="Times New Roman"/>
        </w:rPr>
      </w:pPr>
      <w:r w:rsidRPr="00086561">
        <w:rPr>
          <w:rFonts w:cs="Times New Roman"/>
        </w:rPr>
        <w:t>Discussion</w:t>
      </w:r>
    </w:p>
    <w:p w14:paraId="7EAC8882" w14:textId="7D8CC1CE" w:rsidR="00D61E5F" w:rsidRPr="00086561" w:rsidRDefault="00E6456B">
      <w:pPr>
        <w:rPr>
          <w:rFonts w:cs="Times New Roman"/>
        </w:rPr>
      </w:pPr>
      <w:r w:rsidRPr="00086561">
        <w:rPr>
          <w:rFonts w:cs="Times New Roman"/>
        </w:rPr>
        <w:t xml:space="preserve">Lorem ipsum dolor </w:t>
      </w:r>
      <w:proofErr w:type="gramStart"/>
      <w:r w:rsidRPr="00086561">
        <w:rPr>
          <w:rFonts w:cs="Times New Roman"/>
        </w:rPr>
        <w:t>sit</w:t>
      </w:r>
      <w:proofErr w:type="gram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amet</w:t>
      </w:r>
      <w:proofErr w:type="spellEnd"/>
      <w:r w:rsidRPr="00086561">
        <w:rPr>
          <w:rFonts w:cs="Times New Roman"/>
        </w:rPr>
        <w:t xml:space="preserve">, </w:t>
      </w:r>
      <w:proofErr w:type="spellStart"/>
      <w:r w:rsidRPr="00086561">
        <w:rPr>
          <w:rFonts w:cs="Times New Roman"/>
        </w:rPr>
        <w:t>consectetur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adipiscing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elit</w:t>
      </w:r>
      <w:proofErr w:type="spellEnd"/>
      <w:r w:rsidRPr="00086561">
        <w:rPr>
          <w:rFonts w:cs="Times New Roman"/>
        </w:rPr>
        <w:t xml:space="preserve">, sed do </w:t>
      </w:r>
      <w:proofErr w:type="spellStart"/>
      <w:r w:rsidRPr="00086561">
        <w:rPr>
          <w:rFonts w:cs="Times New Roman"/>
        </w:rPr>
        <w:t>eiusmod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tempor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incididunt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ut</w:t>
      </w:r>
      <w:proofErr w:type="spellEnd"/>
      <w:r w:rsidRPr="00086561">
        <w:rPr>
          <w:rFonts w:cs="Times New Roman"/>
        </w:rPr>
        <w:t xml:space="preserve"> labore et dolore magna </w:t>
      </w:r>
      <w:proofErr w:type="spellStart"/>
      <w:r w:rsidRPr="00086561">
        <w:rPr>
          <w:rFonts w:cs="Times New Roman"/>
        </w:rPr>
        <w:t>aliqua</w:t>
      </w:r>
      <w:proofErr w:type="spellEnd"/>
      <w:r w:rsidRPr="00086561">
        <w:rPr>
          <w:rFonts w:cs="Times New Roman"/>
        </w:rPr>
        <w:t xml:space="preserve">. </w:t>
      </w:r>
      <w:proofErr w:type="spellStart"/>
      <w:r w:rsidRPr="00086561">
        <w:rPr>
          <w:rFonts w:cs="Times New Roman"/>
        </w:rPr>
        <w:t>Nisl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tincidunt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eget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nullam</w:t>
      </w:r>
      <w:proofErr w:type="spellEnd"/>
      <w:r w:rsidRPr="00086561">
        <w:rPr>
          <w:rFonts w:cs="Times New Roman"/>
        </w:rPr>
        <w:t xml:space="preserve"> non. Quis </w:t>
      </w:r>
      <w:proofErr w:type="spellStart"/>
      <w:r w:rsidRPr="00086561">
        <w:rPr>
          <w:rFonts w:cs="Times New Roman"/>
        </w:rPr>
        <w:t>hendrerit</w:t>
      </w:r>
      <w:proofErr w:type="spellEnd"/>
      <w:r w:rsidRPr="00086561">
        <w:rPr>
          <w:rFonts w:cs="Times New Roman"/>
        </w:rPr>
        <w:t xml:space="preserve"> dolor magna </w:t>
      </w:r>
      <w:proofErr w:type="spellStart"/>
      <w:r w:rsidRPr="00086561">
        <w:rPr>
          <w:rFonts w:cs="Times New Roman"/>
        </w:rPr>
        <w:t>eget</w:t>
      </w:r>
      <w:proofErr w:type="spellEnd"/>
      <w:r w:rsidRPr="00086561">
        <w:rPr>
          <w:rFonts w:cs="Times New Roman"/>
        </w:rPr>
        <w:t xml:space="preserve"> est lorem ipsum dolor </w:t>
      </w:r>
      <w:proofErr w:type="gramStart"/>
      <w:r w:rsidRPr="00086561">
        <w:rPr>
          <w:rFonts w:cs="Times New Roman"/>
        </w:rPr>
        <w:t>sit</w:t>
      </w:r>
      <w:proofErr w:type="gramEnd"/>
      <w:r w:rsidRPr="00086561">
        <w:rPr>
          <w:rFonts w:cs="Times New Roman"/>
        </w:rPr>
        <w:t xml:space="preserve">. </w:t>
      </w:r>
      <w:proofErr w:type="spellStart"/>
      <w:r w:rsidRPr="00086561">
        <w:rPr>
          <w:rFonts w:cs="Times New Roman"/>
        </w:rPr>
        <w:t>Volutpat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odio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facilisis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mauris</w:t>
      </w:r>
      <w:proofErr w:type="spellEnd"/>
      <w:r w:rsidRPr="00086561">
        <w:rPr>
          <w:rFonts w:cs="Times New Roman"/>
        </w:rPr>
        <w:t xml:space="preserve"> sit </w:t>
      </w:r>
      <w:proofErr w:type="spellStart"/>
      <w:r w:rsidRPr="00086561">
        <w:rPr>
          <w:rFonts w:cs="Times New Roman"/>
        </w:rPr>
        <w:t>amet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massa</w:t>
      </w:r>
      <w:proofErr w:type="spellEnd"/>
      <w:r w:rsidRPr="00086561">
        <w:rPr>
          <w:rFonts w:cs="Times New Roman"/>
        </w:rPr>
        <w:t xml:space="preserve">. </w:t>
      </w:r>
      <w:proofErr w:type="spellStart"/>
      <w:r w:rsidRPr="00086561">
        <w:rPr>
          <w:rFonts w:cs="Times New Roman"/>
        </w:rPr>
        <w:t>Commodo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odio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aenean</w:t>
      </w:r>
      <w:proofErr w:type="spellEnd"/>
      <w:r w:rsidRPr="00086561">
        <w:rPr>
          <w:rFonts w:cs="Times New Roman"/>
        </w:rPr>
        <w:t xml:space="preserve"> sed </w:t>
      </w:r>
      <w:proofErr w:type="spellStart"/>
      <w:r w:rsidRPr="00086561">
        <w:rPr>
          <w:rFonts w:cs="Times New Roman"/>
        </w:rPr>
        <w:t>adipiscing</w:t>
      </w:r>
      <w:proofErr w:type="spellEnd"/>
      <w:r w:rsidRPr="00086561">
        <w:rPr>
          <w:rFonts w:cs="Times New Roman"/>
        </w:rPr>
        <w:t xml:space="preserve"> diam </w:t>
      </w:r>
      <w:proofErr w:type="spellStart"/>
      <w:r w:rsidRPr="00086561">
        <w:rPr>
          <w:rFonts w:cs="Times New Roman"/>
        </w:rPr>
        <w:t>donec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adipiscing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tristique</w:t>
      </w:r>
      <w:proofErr w:type="spellEnd"/>
      <w:r w:rsidRPr="00086561">
        <w:rPr>
          <w:rFonts w:cs="Times New Roman"/>
        </w:rPr>
        <w:t xml:space="preserve">. Mi </w:t>
      </w:r>
      <w:proofErr w:type="spellStart"/>
      <w:r w:rsidRPr="00086561">
        <w:rPr>
          <w:rFonts w:cs="Times New Roman"/>
        </w:rPr>
        <w:t>eget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mauris</w:t>
      </w:r>
      <w:proofErr w:type="spellEnd"/>
      <w:r w:rsidRPr="00086561">
        <w:rPr>
          <w:rFonts w:cs="Times New Roman"/>
        </w:rPr>
        <w:t xml:space="preserve"> pharetra et. Non </w:t>
      </w:r>
      <w:proofErr w:type="spellStart"/>
      <w:r w:rsidRPr="00086561">
        <w:rPr>
          <w:rFonts w:cs="Times New Roman"/>
        </w:rPr>
        <w:t>tellus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orci</w:t>
      </w:r>
      <w:proofErr w:type="spellEnd"/>
      <w:r w:rsidRPr="00086561">
        <w:rPr>
          <w:rFonts w:cs="Times New Roman"/>
        </w:rPr>
        <w:t xml:space="preserve"> ac auctor </w:t>
      </w:r>
      <w:proofErr w:type="spellStart"/>
      <w:r w:rsidRPr="00086561">
        <w:rPr>
          <w:rFonts w:cs="Times New Roman"/>
        </w:rPr>
        <w:t>augue</w:t>
      </w:r>
      <w:proofErr w:type="spellEnd"/>
      <w:r w:rsidRPr="00086561">
        <w:rPr>
          <w:rFonts w:cs="Times New Roman"/>
        </w:rPr>
        <w:t xml:space="preserve">. Elit at </w:t>
      </w:r>
      <w:proofErr w:type="spellStart"/>
      <w:r w:rsidRPr="00086561">
        <w:rPr>
          <w:rFonts w:cs="Times New Roman"/>
        </w:rPr>
        <w:t>imperdiet</w:t>
      </w:r>
      <w:proofErr w:type="spellEnd"/>
      <w:r w:rsidRPr="00086561">
        <w:rPr>
          <w:rFonts w:cs="Times New Roman"/>
        </w:rPr>
        <w:t xml:space="preserve"> dui </w:t>
      </w:r>
      <w:proofErr w:type="spellStart"/>
      <w:r w:rsidRPr="00086561">
        <w:rPr>
          <w:rFonts w:cs="Times New Roman"/>
        </w:rPr>
        <w:t>accumsan</w:t>
      </w:r>
      <w:proofErr w:type="spellEnd"/>
      <w:r w:rsidRPr="00086561">
        <w:rPr>
          <w:rFonts w:cs="Times New Roman"/>
        </w:rPr>
        <w:t xml:space="preserve"> sit. </w:t>
      </w:r>
      <w:proofErr w:type="spellStart"/>
      <w:r w:rsidRPr="00086561">
        <w:rPr>
          <w:rFonts w:cs="Times New Roman"/>
        </w:rPr>
        <w:t>Ornare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arcu</w:t>
      </w:r>
      <w:proofErr w:type="spellEnd"/>
      <w:r w:rsidRPr="00086561">
        <w:rPr>
          <w:rFonts w:cs="Times New Roman"/>
        </w:rPr>
        <w:t xml:space="preserve"> dui </w:t>
      </w:r>
      <w:proofErr w:type="spellStart"/>
      <w:r w:rsidRPr="00086561">
        <w:rPr>
          <w:rFonts w:cs="Times New Roman"/>
        </w:rPr>
        <w:t>vivamus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arcu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felis</w:t>
      </w:r>
      <w:proofErr w:type="spellEnd"/>
      <w:r w:rsidRPr="00086561">
        <w:rPr>
          <w:rFonts w:cs="Times New Roman"/>
        </w:rPr>
        <w:t xml:space="preserve">. </w:t>
      </w:r>
      <w:proofErr w:type="spellStart"/>
      <w:r w:rsidRPr="00086561">
        <w:rPr>
          <w:rFonts w:cs="Times New Roman"/>
        </w:rPr>
        <w:t>Egestas</w:t>
      </w:r>
      <w:proofErr w:type="spellEnd"/>
      <w:r w:rsidRPr="00086561">
        <w:rPr>
          <w:rFonts w:cs="Times New Roman"/>
        </w:rPr>
        <w:t xml:space="preserve"> integer </w:t>
      </w:r>
      <w:proofErr w:type="spellStart"/>
      <w:r w:rsidRPr="00086561">
        <w:rPr>
          <w:rFonts w:cs="Times New Roman"/>
        </w:rPr>
        <w:t>eget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aliquet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nibh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praesent</w:t>
      </w:r>
      <w:proofErr w:type="spellEnd"/>
      <w:r w:rsidRPr="00086561">
        <w:rPr>
          <w:rFonts w:cs="Times New Roman"/>
        </w:rPr>
        <w:t xml:space="preserve">. In hac </w:t>
      </w:r>
      <w:proofErr w:type="spellStart"/>
      <w:r w:rsidRPr="00086561">
        <w:rPr>
          <w:rFonts w:cs="Times New Roman"/>
        </w:rPr>
        <w:t>habitasse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platea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dictumst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quisque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sagittis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purus</w:t>
      </w:r>
      <w:proofErr w:type="spellEnd"/>
      <w:r w:rsidRPr="00086561">
        <w:rPr>
          <w:rFonts w:cs="Times New Roman"/>
        </w:rPr>
        <w:t xml:space="preserve">. Pulvinar </w:t>
      </w:r>
      <w:proofErr w:type="spellStart"/>
      <w:r w:rsidRPr="00086561">
        <w:rPr>
          <w:rFonts w:cs="Times New Roman"/>
        </w:rPr>
        <w:t>elementum</w:t>
      </w:r>
      <w:proofErr w:type="spellEnd"/>
      <w:r w:rsidRPr="00086561">
        <w:rPr>
          <w:rFonts w:cs="Times New Roman"/>
        </w:rPr>
        <w:t xml:space="preserve"> integer </w:t>
      </w:r>
      <w:proofErr w:type="spellStart"/>
      <w:r w:rsidRPr="00086561">
        <w:rPr>
          <w:rFonts w:cs="Times New Roman"/>
        </w:rPr>
        <w:t>enim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neque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volutpat</w:t>
      </w:r>
      <w:proofErr w:type="spellEnd"/>
      <w:r w:rsidRPr="00086561">
        <w:rPr>
          <w:rFonts w:cs="Times New Roman"/>
        </w:rPr>
        <w:t xml:space="preserve"> ac.</w:t>
      </w:r>
    </w:p>
    <w:p w14:paraId="3BFDDE56" w14:textId="59048442" w:rsidR="00D61E5F" w:rsidRPr="00086561" w:rsidRDefault="00000000" w:rsidP="00FB7C98">
      <w:pPr>
        <w:pStyle w:val="Heading1"/>
        <w:rPr>
          <w:rFonts w:cs="Times New Roman"/>
        </w:rPr>
      </w:pPr>
      <w:r w:rsidRPr="00086561">
        <w:rPr>
          <w:rFonts w:cs="Times New Roman"/>
        </w:rPr>
        <w:t>Conclusion</w:t>
      </w:r>
    </w:p>
    <w:p w14:paraId="15474D81" w14:textId="46DA694D" w:rsidR="00D61E5F" w:rsidRPr="00086561" w:rsidRDefault="00E6456B">
      <w:pPr>
        <w:rPr>
          <w:rFonts w:cs="Times New Roman"/>
        </w:rPr>
      </w:pPr>
      <w:r w:rsidRPr="00086561">
        <w:rPr>
          <w:rFonts w:cs="Times New Roman"/>
        </w:rPr>
        <w:t xml:space="preserve">Lorem ipsum dolor </w:t>
      </w:r>
      <w:proofErr w:type="gramStart"/>
      <w:r w:rsidRPr="00086561">
        <w:rPr>
          <w:rFonts w:cs="Times New Roman"/>
        </w:rPr>
        <w:t>sit</w:t>
      </w:r>
      <w:proofErr w:type="gram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amet</w:t>
      </w:r>
      <w:proofErr w:type="spellEnd"/>
      <w:r w:rsidRPr="00086561">
        <w:rPr>
          <w:rFonts w:cs="Times New Roman"/>
        </w:rPr>
        <w:t xml:space="preserve">, </w:t>
      </w:r>
      <w:proofErr w:type="spellStart"/>
      <w:r w:rsidRPr="00086561">
        <w:rPr>
          <w:rFonts w:cs="Times New Roman"/>
        </w:rPr>
        <w:t>consectetur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adipiscing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elit</w:t>
      </w:r>
      <w:proofErr w:type="spellEnd"/>
      <w:r w:rsidRPr="00086561">
        <w:rPr>
          <w:rFonts w:cs="Times New Roman"/>
        </w:rPr>
        <w:t xml:space="preserve">, sed do </w:t>
      </w:r>
      <w:proofErr w:type="spellStart"/>
      <w:r w:rsidRPr="00086561">
        <w:rPr>
          <w:rFonts w:cs="Times New Roman"/>
        </w:rPr>
        <w:t>eiusmod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tempor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incididunt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ut</w:t>
      </w:r>
      <w:proofErr w:type="spellEnd"/>
      <w:r w:rsidRPr="00086561">
        <w:rPr>
          <w:rFonts w:cs="Times New Roman"/>
        </w:rPr>
        <w:t xml:space="preserve"> labore et dolore magna </w:t>
      </w:r>
      <w:proofErr w:type="spellStart"/>
      <w:r w:rsidRPr="00086561">
        <w:rPr>
          <w:rFonts w:cs="Times New Roman"/>
        </w:rPr>
        <w:t>aliqua</w:t>
      </w:r>
      <w:proofErr w:type="spellEnd"/>
      <w:r w:rsidRPr="00086561">
        <w:rPr>
          <w:rFonts w:cs="Times New Roman"/>
        </w:rPr>
        <w:t xml:space="preserve">. </w:t>
      </w:r>
      <w:proofErr w:type="spellStart"/>
      <w:r w:rsidRPr="00086561">
        <w:rPr>
          <w:rFonts w:cs="Times New Roman"/>
        </w:rPr>
        <w:t>Nisl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tincidunt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eget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nullam</w:t>
      </w:r>
      <w:proofErr w:type="spellEnd"/>
      <w:r w:rsidRPr="00086561">
        <w:rPr>
          <w:rFonts w:cs="Times New Roman"/>
        </w:rPr>
        <w:t xml:space="preserve"> non. Quis </w:t>
      </w:r>
      <w:proofErr w:type="spellStart"/>
      <w:r w:rsidRPr="00086561">
        <w:rPr>
          <w:rFonts w:cs="Times New Roman"/>
        </w:rPr>
        <w:t>hendrerit</w:t>
      </w:r>
      <w:proofErr w:type="spellEnd"/>
      <w:r w:rsidRPr="00086561">
        <w:rPr>
          <w:rFonts w:cs="Times New Roman"/>
        </w:rPr>
        <w:t xml:space="preserve"> dolor magna </w:t>
      </w:r>
      <w:proofErr w:type="spellStart"/>
      <w:r w:rsidRPr="00086561">
        <w:rPr>
          <w:rFonts w:cs="Times New Roman"/>
        </w:rPr>
        <w:t>eget</w:t>
      </w:r>
      <w:proofErr w:type="spellEnd"/>
      <w:r w:rsidRPr="00086561">
        <w:rPr>
          <w:rFonts w:cs="Times New Roman"/>
        </w:rPr>
        <w:t xml:space="preserve"> est lorem ipsum dolor </w:t>
      </w:r>
      <w:proofErr w:type="gramStart"/>
      <w:r w:rsidRPr="00086561">
        <w:rPr>
          <w:rFonts w:cs="Times New Roman"/>
        </w:rPr>
        <w:t>sit</w:t>
      </w:r>
      <w:proofErr w:type="gramEnd"/>
      <w:r w:rsidRPr="00086561">
        <w:rPr>
          <w:rFonts w:cs="Times New Roman"/>
        </w:rPr>
        <w:t xml:space="preserve">. </w:t>
      </w:r>
      <w:proofErr w:type="spellStart"/>
      <w:r w:rsidRPr="00086561">
        <w:rPr>
          <w:rFonts w:cs="Times New Roman"/>
        </w:rPr>
        <w:t>Volutpat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odio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facilisis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mauris</w:t>
      </w:r>
      <w:proofErr w:type="spellEnd"/>
      <w:r w:rsidRPr="00086561">
        <w:rPr>
          <w:rFonts w:cs="Times New Roman"/>
        </w:rPr>
        <w:t xml:space="preserve"> sit </w:t>
      </w:r>
      <w:proofErr w:type="spellStart"/>
      <w:r w:rsidRPr="00086561">
        <w:rPr>
          <w:rFonts w:cs="Times New Roman"/>
        </w:rPr>
        <w:t>amet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massa</w:t>
      </w:r>
      <w:proofErr w:type="spellEnd"/>
      <w:r w:rsidRPr="00086561">
        <w:rPr>
          <w:rFonts w:cs="Times New Roman"/>
        </w:rPr>
        <w:t xml:space="preserve">. </w:t>
      </w:r>
      <w:proofErr w:type="spellStart"/>
      <w:r w:rsidRPr="00086561">
        <w:rPr>
          <w:rFonts w:cs="Times New Roman"/>
        </w:rPr>
        <w:t>Commodo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odio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aenean</w:t>
      </w:r>
      <w:proofErr w:type="spellEnd"/>
      <w:r w:rsidRPr="00086561">
        <w:rPr>
          <w:rFonts w:cs="Times New Roman"/>
        </w:rPr>
        <w:t xml:space="preserve"> sed </w:t>
      </w:r>
      <w:proofErr w:type="spellStart"/>
      <w:r w:rsidRPr="00086561">
        <w:rPr>
          <w:rFonts w:cs="Times New Roman"/>
        </w:rPr>
        <w:t>adipiscing</w:t>
      </w:r>
      <w:proofErr w:type="spellEnd"/>
      <w:r w:rsidRPr="00086561">
        <w:rPr>
          <w:rFonts w:cs="Times New Roman"/>
        </w:rPr>
        <w:t xml:space="preserve"> diam </w:t>
      </w:r>
      <w:proofErr w:type="spellStart"/>
      <w:r w:rsidRPr="00086561">
        <w:rPr>
          <w:rFonts w:cs="Times New Roman"/>
        </w:rPr>
        <w:t>donec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adipiscing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tristique</w:t>
      </w:r>
      <w:proofErr w:type="spellEnd"/>
      <w:r w:rsidRPr="00086561">
        <w:rPr>
          <w:rFonts w:cs="Times New Roman"/>
        </w:rPr>
        <w:t xml:space="preserve">. Mi </w:t>
      </w:r>
      <w:proofErr w:type="spellStart"/>
      <w:r w:rsidRPr="00086561">
        <w:rPr>
          <w:rFonts w:cs="Times New Roman"/>
        </w:rPr>
        <w:t>eget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mauris</w:t>
      </w:r>
      <w:proofErr w:type="spellEnd"/>
      <w:r w:rsidRPr="00086561">
        <w:rPr>
          <w:rFonts w:cs="Times New Roman"/>
        </w:rPr>
        <w:t xml:space="preserve"> pharetra et. Non </w:t>
      </w:r>
      <w:proofErr w:type="spellStart"/>
      <w:r w:rsidRPr="00086561">
        <w:rPr>
          <w:rFonts w:cs="Times New Roman"/>
        </w:rPr>
        <w:t>tellus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orci</w:t>
      </w:r>
      <w:proofErr w:type="spellEnd"/>
      <w:r w:rsidRPr="00086561">
        <w:rPr>
          <w:rFonts w:cs="Times New Roman"/>
        </w:rPr>
        <w:t xml:space="preserve"> ac auctor </w:t>
      </w:r>
      <w:proofErr w:type="spellStart"/>
      <w:r w:rsidRPr="00086561">
        <w:rPr>
          <w:rFonts w:cs="Times New Roman"/>
        </w:rPr>
        <w:t>augue</w:t>
      </w:r>
      <w:proofErr w:type="spellEnd"/>
      <w:r w:rsidRPr="00086561">
        <w:rPr>
          <w:rFonts w:cs="Times New Roman"/>
        </w:rPr>
        <w:t xml:space="preserve">. Elit at </w:t>
      </w:r>
      <w:proofErr w:type="spellStart"/>
      <w:r w:rsidRPr="00086561">
        <w:rPr>
          <w:rFonts w:cs="Times New Roman"/>
        </w:rPr>
        <w:t>imperdiet</w:t>
      </w:r>
      <w:proofErr w:type="spellEnd"/>
      <w:r w:rsidRPr="00086561">
        <w:rPr>
          <w:rFonts w:cs="Times New Roman"/>
        </w:rPr>
        <w:t xml:space="preserve"> dui </w:t>
      </w:r>
      <w:proofErr w:type="spellStart"/>
      <w:r w:rsidRPr="00086561">
        <w:rPr>
          <w:rFonts w:cs="Times New Roman"/>
        </w:rPr>
        <w:t>accumsan</w:t>
      </w:r>
      <w:proofErr w:type="spellEnd"/>
      <w:r w:rsidRPr="00086561">
        <w:rPr>
          <w:rFonts w:cs="Times New Roman"/>
        </w:rPr>
        <w:t xml:space="preserve"> sit. </w:t>
      </w:r>
      <w:proofErr w:type="spellStart"/>
      <w:r w:rsidRPr="00086561">
        <w:rPr>
          <w:rFonts w:cs="Times New Roman"/>
        </w:rPr>
        <w:t>Ornare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arcu</w:t>
      </w:r>
      <w:proofErr w:type="spellEnd"/>
      <w:r w:rsidRPr="00086561">
        <w:rPr>
          <w:rFonts w:cs="Times New Roman"/>
        </w:rPr>
        <w:t xml:space="preserve"> dui </w:t>
      </w:r>
      <w:proofErr w:type="spellStart"/>
      <w:r w:rsidRPr="00086561">
        <w:rPr>
          <w:rFonts w:cs="Times New Roman"/>
        </w:rPr>
        <w:t>vivamus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arcu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felis</w:t>
      </w:r>
      <w:proofErr w:type="spellEnd"/>
      <w:r w:rsidRPr="00086561">
        <w:rPr>
          <w:rFonts w:cs="Times New Roman"/>
        </w:rPr>
        <w:t xml:space="preserve">. </w:t>
      </w:r>
      <w:proofErr w:type="spellStart"/>
      <w:r w:rsidRPr="00086561">
        <w:rPr>
          <w:rFonts w:cs="Times New Roman"/>
        </w:rPr>
        <w:t>Egestas</w:t>
      </w:r>
      <w:proofErr w:type="spellEnd"/>
      <w:r w:rsidRPr="00086561">
        <w:rPr>
          <w:rFonts w:cs="Times New Roman"/>
        </w:rPr>
        <w:t xml:space="preserve"> integer </w:t>
      </w:r>
      <w:proofErr w:type="spellStart"/>
      <w:r w:rsidRPr="00086561">
        <w:rPr>
          <w:rFonts w:cs="Times New Roman"/>
        </w:rPr>
        <w:t>eget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aliquet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nibh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praesent</w:t>
      </w:r>
      <w:proofErr w:type="spellEnd"/>
      <w:r w:rsidRPr="00086561">
        <w:rPr>
          <w:rFonts w:cs="Times New Roman"/>
        </w:rPr>
        <w:t xml:space="preserve">. In hac </w:t>
      </w:r>
      <w:proofErr w:type="spellStart"/>
      <w:r w:rsidRPr="00086561">
        <w:rPr>
          <w:rFonts w:cs="Times New Roman"/>
        </w:rPr>
        <w:t>habitasse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platea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dictumst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quisque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sagittis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purus</w:t>
      </w:r>
      <w:proofErr w:type="spellEnd"/>
      <w:r w:rsidRPr="00086561">
        <w:rPr>
          <w:rFonts w:cs="Times New Roman"/>
        </w:rPr>
        <w:t xml:space="preserve">. Pulvinar </w:t>
      </w:r>
      <w:proofErr w:type="spellStart"/>
      <w:r w:rsidRPr="00086561">
        <w:rPr>
          <w:rFonts w:cs="Times New Roman"/>
        </w:rPr>
        <w:t>elementum</w:t>
      </w:r>
      <w:proofErr w:type="spellEnd"/>
      <w:r w:rsidRPr="00086561">
        <w:rPr>
          <w:rFonts w:cs="Times New Roman"/>
        </w:rPr>
        <w:t xml:space="preserve"> integer </w:t>
      </w:r>
      <w:proofErr w:type="spellStart"/>
      <w:r w:rsidRPr="00086561">
        <w:rPr>
          <w:rFonts w:cs="Times New Roman"/>
        </w:rPr>
        <w:t>enim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neque</w:t>
      </w:r>
      <w:proofErr w:type="spellEnd"/>
      <w:r w:rsidRPr="00086561">
        <w:rPr>
          <w:rFonts w:cs="Times New Roman"/>
        </w:rPr>
        <w:t xml:space="preserve"> </w:t>
      </w:r>
      <w:proofErr w:type="spellStart"/>
      <w:r w:rsidRPr="00086561">
        <w:rPr>
          <w:rFonts w:cs="Times New Roman"/>
        </w:rPr>
        <w:t>volutpat</w:t>
      </w:r>
      <w:proofErr w:type="spellEnd"/>
      <w:r w:rsidRPr="00086561">
        <w:rPr>
          <w:rFonts w:cs="Times New Roman"/>
        </w:rPr>
        <w:t xml:space="preserve"> ac.</w:t>
      </w:r>
    </w:p>
    <w:p w14:paraId="6B75138B" w14:textId="77777777" w:rsidR="00D61E5F" w:rsidRPr="00086561" w:rsidRDefault="00000000">
      <w:pPr>
        <w:rPr>
          <w:rFonts w:cs="Times New Roman"/>
        </w:rPr>
      </w:pPr>
      <w:r w:rsidRPr="00086561">
        <w:rPr>
          <w:rFonts w:cs="Times New Roman"/>
          <w:b/>
        </w:rPr>
        <w:t>Declaration on AI use (if applicable)</w:t>
      </w:r>
    </w:p>
    <w:p w14:paraId="057BB8DB" w14:textId="77777777" w:rsidR="00D61E5F" w:rsidRPr="00086561" w:rsidRDefault="00000000">
      <w:pPr>
        <w:rPr>
          <w:rFonts w:cs="Times New Roman"/>
        </w:rPr>
      </w:pPr>
      <w:r w:rsidRPr="00086561">
        <w:rPr>
          <w:rFonts w:cs="Times New Roman"/>
        </w:rPr>
        <w:t>[Write here...]</w:t>
      </w:r>
    </w:p>
    <w:p w14:paraId="766F58AF" w14:textId="77777777" w:rsidR="00D61E5F" w:rsidRPr="00086561" w:rsidRDefault="00000000">
      <w:pPr>
        <w:rPr>
          <w:rFonts w:cs="Times New Roman"/>
        </w:rPr>
      </w:pPr>
      <w:r w:rsidRPr="00086561">
        <w:rPr>
          <w:rFonts w:cs="Times New Roman"/>
          <w:b/>
        </w:rPr>
        <w:t>References (APA 7th edition)</w:t>
      </w:r>
    </w:p>
    <w:p w14:paraId="6D6BE128" w14:textId="484FC9E6" w:rsidR="00E6456B" w:rsidRPr="00086561" w:rsidRDefault="00E6456B">
      <w:pPr>
        <w:rPr>
          <w:rFonts w:cs="Times New Roman"/>
        </w:rPr>
      </w:pPr>
      <w:r w:rsidRPr="00086561">
        <w:rPr>
          <w:rFonts w:cs="Times New Roman"/>
        </w:rPr>
        <w:t>Include the complete citation at the end of your paper in a </w:t>
      </w:r>
      <w:r w:rsidRPr="00086561">
        <w:rPr>
          <w:rFonts w:cs="Times New Roman"/>
          <w:b/>
          <w:bCs/>
        </w:rPr>
        <w:t>references</w:t>
      </w:r>
      <w:r w:rsidRPr="00086561">
        <w:rPr>
          <w:rFonts w:cs="Times New Roman"/>
        </w:rPr>
        <w:t xml:space="preserve"> section. References are organized by the author's last name in alphabetic (A-Z) order. Use </w:t>
      </w:r>
      <w:proofErr w:type="gramStart"/>
      <w:r w:rsidRPr="00086561">
        <w:rPr>
          <w:rFonts w:cs="Times New Roman"/>
        </w:rPr>
        <w:t>an</w:t>
      </w:r>
      <w:proofErr w:type="gramEnd"/>
      <w:r w:rsidRPr="00086561">
        <w:rPr>
          <w:rFonts w:cs="Times New Roman"/>
        </w:rPr>
        <w:t xml:space="preserve"> hanging indent to separate each list item.</w:t>
      </w:r>
    </w:p>
    <w:p w14:paraId="13A02020" w14:textId="77777777" w:rsidR="00086561" w:rsidRPr="00086561" w:rsidRDefault="00086561" w:rsidP="00086561">
      <w:pPr>
        <w:pStyle w:val="NormalWeb"/>
        <w:spacing w:before="0" w:beforeAutospacing="0" w:after="160" w:afterAutospacing="0"/>
        <w:jc w:val="both"/>
      </w:pPr>
      <w:proofErr w:type="spellStart"/>
      <w:r w:rsidRPr="00086561">
        <w:rPr>
          <w:color w:val="000000"/>
        </w:rPr>
        <w:lastRenderedPageBreak/>
        <w:t>Some</w:t>
      </w:r>
      <w:proofErr w:type="spellEnd"/>
      <w:r w:rsidRPr="00086561">
        <w:rPr>
          <w:color w:val="000000"/>
        </w:rPr>
        <w:t xml:space="preserve"> </w:t>
      </w:r>
      <w:proofErr w:type="spellStart"/>
      <w:r w:rsidRPr="00086561">
        <w:rPr>
          <w:color w:val="000000"/>
        </w:rPr>
        <w:t>examples</w:t>
      </w:r>
      <w:proofErr w:type="spellEnd"/>
      <w:r w:rsidRPr="00086561">
        <w:rPr>
          <w:color w:val="000000"/>
        </w:rPr>
        <w:t xml:space="preserve"> </w:t>
      </w:r>
      <w:proofErr w:type="spellStart"/>
      <w:r w:rsidRPr="00086561">
        <w:rPr>
          <w:color w:val="000000"/>
        </w:rPr>
        <w:t>follow</w:t>
      </w:r>
      <w:proofErr w:type="spellEnd"/>
      <w:r w:rsidRPr="00086561">
        <w:rPr>
          <w:color w:val="000000"/>
        </w:rPr>
        <w:t>. </w:t>
      </w:r>
    </w:p>
    <w:p w14:paraId="5DFA900F" w14:textId="77777777" w:rsidR="00086561" w:rsidRPr="00086561" w:rsidRDefault="00086561" w:rsidP="00086561">
      <w:pPr>
        <w:rPr>
          <w:rFonts w:cs="Times New Roman"/>
          <w:b/>
        </w:rPr>
      </w:pPr>
      <w:hyperlink r:id="rId6" w:anchor="collapse7" w:history="1">
        <w:r w:rsidRPr="00086561">
          <w:rPr>
            <w:rFonts w:cs="Times New Roman"/>
            <w:b/>
          </w:rPr>
          <w:t>Journal Article</w:t>
        </w:r>
      </w:hyperlink>
    </w:p>
    <w:p w14:paraId="69A32F05" w14:textId="1BAA8306" w:rsidR="00E6456B" w:rsidRPr="00086561" w:rsidRDefault="00E6456B">
      <w:pPr>
        <w:rPr>
          <w:rFonts w:cs="Times New Roman"/>
        </w:rPr>
      </w:pPr>
      <w:r w:rsidRPr="00086561">
        <w:rPr>
          <w:rFonts w:cs="Times New Roman"/>
        </w:rPr>
        <w:t>Author, A. A., &amp; Author, B. B. (Date). Title of the work. </w:t>
      </w:r>
      <w:r w:rsidRPr="00086561">
        <w:rPr>
          <w:rFonts w:cs="Times New Roman"/>
          <w:i/>
          <w:iCs/>
        </w:rPr>
        <w:t>Source</w:t>
      </w:r>
      <w:r w:rsidRPr="00086561">
        <w:rPr>
          <w:rFonts w:cs="Times New Roman"/>
        </w:rPr>
        <w:t> </w:t>
      </w:r>
      <w:r w:rsidRPr="00086561">
        <w:rPr>
          <w:rFonts w:cs="Times New Roman"/>
          <w:i/>
          <w:iCs/>
        </w:rPr>
        <w:t>where you can retrieve the work</w:t>
      </w:r>
      <w:r w:rsidRPr="00086561">
        <w:rPr>
          <w:rFonts w:cs="Times New Roman"/>
        </w:rPr>
        <w:t>. URL or DOI if available</w:t>
      </w:r>
    </w:p>
    <w:p w14:paraId="5AEA9F9E" w14:textId="77777777" w:rsidR="00086561" w:rsidRPr="00086561" w:rsidRDefault="00086561" w:rsidP="00086561">
      <w:pPr>
        <w:rPr>
          <w:rFonts w:cs="Times New Roman"/>
          <w:b/>
        </w:rPr>
      </w:pPr>
      <w:hyperlink r:id="rId7" w:anchor="collapse9" w:history="1">
        <w:r w:rsidRPr="00086561">
          <w:rPr>
            <w:rFonts w:cs="Times New Roman"/>
            <w:b/>
          </w:rPr>
          <w:t>Book</w:t>
        </w:r>
      </w:hyperlink>
    </w:p>
    <w:p w14:paraId="3FC4AD27" w14:textId="18D926F0" w:rsidR="00E6456B" w:rsidRPr="00086561" w:rsidRDefault="00E6456B">
      <w:pPr>
        <w:rPr>
          <w:rFonts w:cs="Times New Roman"/>
        </w:rPr>
      </w:pPr>
      <w:r w:rsidRPr="00086561">
        <w:rPr>
          <w:rFonts w:cs="Times New Roman"/>
        </w:rPr>
        <w:t>Schmidt, N. A., &amp; Brown, J. M. (2017). </w:t>
      </w:r>
      <w:r w:rsidRPr="00086561">
        <w:rPr>
          <w:rFonts w:cs="Times New Roman"/>
          <w:i/>
          <w:iCs/>
        </w:rPr>
        <w:t>Evidence-based practice for nurses: Appraisal and application of research</w:t>
      </w:r>
      <w:r w:rsidRPr="00086561">
        <w:rPr>
          <w:rFonts w:cs="Times New Roman"/>
        </w:rPr>
        <w:t> (4th ed.). Jones &amp; Bartlett Learning, LLC.</w:t>
      </w:r>
    </w:p>
    <w:p w14:paraId="0D532D57" w14:textId="77777777" w:rsidR="00086561" w:rsidRPr="00086561" w:rsidRDefault="00086561" w:rsidP="00086561">
      <w:pPr>
        <w:rPr>
          <w:rFonts w:cs="Times New Roman"/>
          <w:b/>
        </w:rPr>
      </w:pPr>
      <w:hyperlink r:id="rId8" w:anchor="collapse8" w:history="1">
        <w:r w:rsidRPr="00086561">
          <w:rPr>
            <w:rFonts w:cs="Times New Roman"/>
            <w:b/>
          </w:rPr>
          <w:t>Online News/Magazine Article </w:t>
        </w:r>
      </w:hyperlink>
    </w:p>
    <w:p w14:paraId="69BC3077" w14:textId="53C6D639" w:rsidR="00E6456B" w:rsidRPr="00EF7A1B" w:rsidRDefault="00E6456B">
      <w:pPr>
        <w:rPr>
          <w:rFonts w:cs="Times New Roman"/>
          <w:lang w:val="de-CH"/>
        </w:rPr>
      </w:pPr>
      <w:r w:rsidRPr="00086561">
        <w:rPr>
          <w:rFonts w:cs="Times New Roman"/>
        </w:rPr>
        <w:t>Rogers, O. (2021, July 9). Why naming race is necessary to undo racism. </w:t>
      </w:r>
      <w:proofErr w:type="spellStart"/>
      <w:r w:rsidRPr="00EF7A1B">
        <w:rPr>
          <w:rFonts w:cs="Times New Roman"/>
          <w:i/>
          <w:iCs/>
          <w:lang w:val="de-CH"/>
        </w:rPr>
        <w:t>Psychology</w:t>
      </w:r>
      <w:proofErr w:type="spellEnd"/>
      <w:r w:rsidRPr="00EF7A1B">
        <w:rPr>
          <w:rFonts w:cs="Times New Roman"/>
          <w:i/>
          <w:iCs/>
          <w:lang w:val="de-CH"/>
        </w:rPr>
        <w:t xml:space="preserve"> Today</w:t>
      </w:r>
      <w:r w:rsidRPr="00EF7A1B">
        <w:rPr>
          <w:rFonts w:cs="Times New Roman"/>
          <w:lang w:val="de-CH"/>
        </w:rPr>
        <w:t>. </w:t>
      </w:r>
      <w:hyperlink r:id="rId9" w:tgtFrame="_blank" w:history="1">
        <w:r w:rsidRPr="00EF7A1B">
          <w:rPr>
            <w:rStyle w:val="Hyperlink"/>
            <w:rFonts w:cs="Times New Roman"/>
            <w:lang w:val="de-CH"/>
          </w:rPr>
          <w:t>https://www.psychologytoday.com/us/blog/who-am-i-who-are-we/202107/why-naming-race-is-necessary-undo-racism</w:t>
        </w:r>
      </w:hyperlink>
    </w:p>
    <w:p w14:paraId="52CEDD33" w14:textId="77777777" w:rsidR="00E6456B" w:rsidRPr="00086561" w:rsidRDefault="00E6456B" w:rsidP="00E6456B">
      <w:pPr>
        <w:rPr>
          <w:rFonts w:cs="Times New Roman"/>
          <w:b/>
        </w:rPr>
      </w:pPr>
      <w:hyperlink r:id="rId10" w:anchor="collapse10" w:history="1">
        <w:r w:rsidRPr="00086561">
          <w:rPr>
            <w:rFonts w:cs="Times New Roman"/>
            <w:b/>
          </w:rPr>
          <w:t>Book Chapter with Editor(s)</w:t>
        </w:r>
      </w:hyperlink>
    </w:p>
    <w:p w14:paraId="034AD4E2" w14:textId="749DA222" w:rsidR="00E6456B" w:rsidRPr="00086561" w:rsidRDefault="00E6456B">
      <w:pPr>
        <w:rPr>
          <w:rFonts w:cs="Times New Roman"/>
        </w:rPr>
      </w:pPr>
      <w:r w:rsidRPr="00086561">
        <w:rPr>
          <w:rFonts w:cs="Times New Roman"/>
        </w:rPr>
        <w:t>McCormack, B., McCance, T., &amp; Maben, J. (2013). Outcome evaluation in the development of person-</w:t>
      </w:r>
      <w:proofErr w:type="spellStart"/>
      <w:r w:rsidRPr="00086561">
        <w:rPr>
          <w:rFonts w:cs="Times New Roman"/>
        </w:rPr>
        <w:t>centred</w:t>
      </w:r>
      <w:proofErr w:type="spellEnd"/>
      <w:r w:rsidRPr="00086561">
        <w:rPr>
          <w:rFonts w:cs="Times New Roman"/>
        </w:rPr>
        <w:t xml:space="preserve"> practice. In B. McCormack, K. Manley, &amp; A. </w:t>
      </w:r>
      <w:proofErr w:type="spellStart"/>
      <w:r w:rsidRPr="00086561">
        <w:rPr>
          <w:rFonts w:cs="Times New Roman"/>
        </w:rPr>
        <w:t>Titchen</w:t>
      </w:r>
      <w:proofErr w:type="spellEnd"/>
      <w:r w:rsidRPr="00086561">
        <w:rPr>
          <w:rFonts w:cs="Times New Roman"/>
        </w:rPr>
        <w:t xml:space="preserve"> (Eds.), </w:t>
      </w:r>
      <w:r w:rsidRPr="00086561">
        <w:rPr>
          <w:rFonts w:cs="Times New Roman"/>
          <w:i/>
          <w:iCs/>
        </w:rPr>
        <w:t>Practice development in nursing and healthcare</w:t>
      </w:r>
      <w:r w:rsidRPr="00086561">
        <w:rPr>
          <w:rFonts w:cs="Times New Roman"/>
        </w:rPr>
        <w:t> (pp. 190-211). John Wiley &amp; Sons.</w:t>
      </w:r>
    </w:p>
    <w:p w14:paraId="51519750" w14:textId="77777777" w:rsidR="00E6456B" w:rsidRPr="00086561" w:rsidRDefault="00E6456B" w:rsidP="00E6456B">
      <w:pPr>
        <w:rPr>
          <w:rFonts w:cs="Times New Roman"/>
          <w:b/>
        </w:rPr>
      </w:pPr>
      <w:hyperlink r:id="rId11" w:anchor="collapse11" w:history="1">
        <w:r w:rsidRPr="00086561">
          <w:rPr>
            <w:rFonts w:cs="Times New Roman"/>
            <w:b/>
          </w:rPr>
          <w:t>Web Page</w:t>
        </w:r>
      </w:hyperlink>
    </w:p>
    <w:p w14:paraId="50C39BE3" w14:textId="4CDE41F4" w:rsidR="00E6456B" w:rsidRPr="00086561" w:rsidRDefault="00E6456B">
      <w:pPr>
        <w:rPr>
          <w:rFonts w:cs="Times New Roman"/>
        </w:rPr>
      </w:pPr>
      <w:r w:rsidRPr="00086561">
        <w:rPr>
          <w:rFonts w:cs="Times New Roman"/>
        </w:rPr>
        <w:t>Centers for Disease Control and Prevention. (n.d.). </w:t>
      </w:r>
      <w:r w:rsidRPr="00086561">
        <w:rPr>
          <w:rFonts w:cs="Times New Roman"/>
          <w:i/>
          <w:iCs/>
        </w:rPr>
        <w:t xml:space="preserve">Preventing HPV-associated </w:t>
      </w:r>
      <w:proofErr w:type="gramStart"/>
      <w:r w:rsidRPr="00086561">
        <w:rPr>
          <w:rFonts w:cs="Times New Roman"/>
          <w:i/>
          <w:iCs/>
        </w:rPr>
        <w:t>cancers</w:t>
      </w:r>
      <w:proofErr w:type="gramEnd"/>
      <w:r w:rsidRPr="00086561">
        <w:rPr>
          <w:rFonts w:cs="Times New Roman"/>
        </w:rPr>
        <w:t>. </w:t>
      </w:r>
      <w:hyperlink r:id="rId12" w:tgtFrame="_blank" w:history="1">
        <w:r w:rsidRPr="00086561">
          <w:rPr>
            <w:rStyle w:val="Hyperlink"/>
            <w:rFonts w:cs="Times New Roman"/>
          </w:rPr>
          <w:t>https://www.cdc.gov/cancer/hpv/preventing-hpv-associated-cancers.html/</w:t>
        </w:r>
      </w:hyperlink>
      <w:r w:rsidR="006855CD">
        <w:t>, downloaded</w:t>
      </w:r>
      <w:r w:rsidR="00630963">
        <w:t xml:space="preserve"> or available</w:t>
      </w:r>
      <w:r w:rsidR="006855CD">
        <w:t>: 13.08.2026</w:t>
      </w:r>
    </w:p>
    <w:p w14:paraId="1998B151" w14:textId="77777777" w:rsidR="00E6456B" w:rsidRPr="00086561" w:rsidRDefault="00E6456B" w:rsidP="00E6456B">
      <w:pPr>
        <w:rPr>
          <w:rFonts w:cs="Times New Roman"/>
          <w:b/>
        </w:rPr>
      </w:pPr>
      <w:hyperlink r:id="rId13" w:anchor="collapse12" w:history="1">
        <w:r w:rsidRPr="00086561">
          <w:rPr>
            <w:rFonts w:cs="Times New Roman"/>
            <w:b/>
          </w:rPr>
          <w:t>Online Report</w:t>
        </w:r>
      </w:hyperlink>
    </w:p>
    <w:p w14:paraId="40052E71" w14:textId="092D555C" w:rsidR="00E6456B" w:rsidRPr="00086561" w:rsidRDefault="00E6456B">
      <w:pPr>
        <w:rPr>
          <w:rFonts w:cs="Times New Roman"/>
        </w:rPr>
      </w:pPr>
      <w:r w:rsidRPr="00086561">
        <w:rPr>
          <w:rFonts w:cs="Times New Roman"/>
        </w:rPr>
        <w:t>Los Angeles County Department of Public Health. (2017, January). </w:t>
      </w:r>
      <w:r w:rsidRPr="00086561">
        <w:rPr>
          <w:rFonts w:cs="Times New Roman"/>
          <w:i/>
          <w:iCs/>
        </w:rPr>
        <w:t>Key indicators of health by service planning area</w:t>
      </w:r>
      <w:r w:rsidRPr="00086561">
        <w:rPr>
          <w:rFonts w:cs="Times New Roman"/>
        </w:rPr>
        <w:t>. </w:t>
      </w:r>
      <w:hyperlink r:id="rId14" w:tgtFrame="_blank" w:history="1">
        <w:r w:rsidRPr="00086561">
          <w:rPr>
            <w:rStyle w:val="Hyperlink"/>
            <w:rFonts w:cs="Times New Roman"/>
          </w:rPr>
          <w:t>http://publichealth.lacounty.gov/ha/</w:t>
        </w:r>
      </w:hyperlink>
      <w:r w:rsidR="006855CD">
        <w:t xml:space="preserve"> </w:t>
      </w:r>
      <w:r w:rsidR="006855CD">
        <w:t>downloaded</w:t>
      </w:r>
      <w:r w:rsidR="00D816EC">
        <w:t xml:space="preserve"> or available</w:t>
      </w:r>
      <w:r w:rsidR="006855CD">
        <w:t>: 13.08.2026</w:t>
      </w:r>
    </w:p>
    <w:p w14:paraId="4335EC9E" w14:textId="77777777" w:rsidR="00E6456B" w:rsidRPr="00086561" w:rsidRDefault="00E6456B" w:rsidP="00E6456B">
      <w:pPr>
        <w:rPr>
          <w:rFonts w:cs="Times New Roman"/>
          <w:b/>
        </w:rPr>
      </w:pPr>
      <w:r w:rsidRPr="00086561">
        <w:rPr>
          <w:rFonts w:cs="Times New Roman"/>
          <w:b/>
        </w:rPr>
        <w:t>In-text citations</w:t>
      </w:r>
    </w:p>
    <w:p w14:paraId="06C35214" w14:textId="00FD33B6" w:rsidR="00E6456B" w:rsidRPr="00086561" w:rsidRDefault="00E6456B" w:rsidP="00E6456B">
      <w:pPr>
        <w:pStyle w:val="NormalWeb"/>
        <w:spacing w:before="0" w:beforeAutospacing="0" w:after="160" w:afterAutospacing="0"/>
      </w:pPr>
      <w:proofErr w:type="spellStart"/>
      <w:r w:rsidRPr="00086561">
        <w:rPr>
          <w:color w:val="000000"/>
        </w:rPr>
        <w:t>For</w:t>
      </w:r>
      <w:proofErr w:type="spellEnd"/>
      <w:r w:rsidRPr="00086561">
        <w:rPr>
          <w:color w:val="000000"/>
        </w:rPr>
        <w:t xml:space="preserve"> in-text </w:t>
      </w:r>
      <w:proofErr w:type="spellStart"/>
      <w:r w:rsidRPr="00086561">
        <w:rPr>
          <w:color w:val="000000"/>
        </w:rPr>
        <w:t>citations</w:t>
      </w:r>
      <w:proofErr w:type="spellEnd"/>
      <w:r w:rsidRPr="00086561">
        <w:rPr>
          <w:color w:val="000000"/>
        </w:rPr>
        <w:t xml:space="preserve"> and </w:t>
      </w:r>
      <w:proofErr w:type="spellStart"/>
      <w:r w:rsidRPr="00086561">
        <w:rPr>
          <w:color w:val="000000"/>
        </w:rPr>
        <w:t>references</w:t>
      </w:r>
      <w:proofErr w:type="spellEnd"/>
      <w:r w:rsidRPr="00086561">
        <w:rPr>
          <w:color w:val="000000"/>
        </w:rPr>
        <w:t xml:space="preserve"> </w:t>
      </w:r>
      <w:proofErr w:type="spellStart"/>
      <w:r w:rsidRPr="00086561">
        <w:rPr>
          <w:color w:val="000000"/>
        </w:rPr>
        <w:t>we</w:t>
      </w:r>
      <w:proofErr w:type="spellEnd"/>
      <w:r w:rsidRPr="00086561">
        <w:rPr>
          <w:color w:val="000000"/>
        </w:rPr>
        <w:t xml:space="preserve"> </w:t>
      </w:r>
      <w:proofErr w:type="spellStart"/>
      <w:r w:rsidRPr="00086561">
        <w:rPr>
          <w:color w:val="000000"/>
        </w:rPr>
        <w:t>follow</w:t>
      </w:r>
      <w:proofErr w:type="spellEnd"/>
      <w:r w:rsidRPr="00086561">
        <w:rPr>
          <w:color w:val="000000"/>
        </w:rPr>
        <w:t xml:space="preserve"> </w:t>
      </w:r>
      <w:proofErr w:type="spellStart"/>
      <w:r w:rsidRPr="00086561">
        <w:rPr>
          <w:color w:val="000000"/>
        </w:rPr>
        <w:t>the</w:t>
      </w:r>
      <w:proofErr w:type="spellEnd"/>
      <w:r w:rsidRPr="00086561">
        <w:rPr>
          <w:color w:val="000000"/>
        </w:rPr>
        <w:t xml:space="preserve"> </w:t>
      </w:r>
      <w:r w:rsidRPr="00086561">
        <w:rPr>
          <w:b/>
        </w:rPr>
        <w:t xml:space="preserve">APA 7th </w:t>
      </w:r>
      <w:proofErr w:type="spellStart"/>
      <w:r w:rsidRPr="00086561">
        <w:rPr>
          <w:b/>
        </w:rPr>
        <w:t>edition</w:t>
      </w:r>
      <w:proofErr w:type="spellEnd"/>
      <w:r w:rsidRPr="00086561">
        <w:rPr>
          <w:color w:val="000000"/>
        </w:rPr>
        <w:t xml:space="preserve">. </w:t>
      </w:r>
    </w:p>
    <w:p w14:paraId="2891EA39" w14:textId="77777777" w:rsidR="00086561" w:rsidRDefault="00086561" w:rsidP="00086561">
      <w:pPr>
        <w:pStyle w:val="NormalWeb"/>
        <w:spacing w:before="0" w:beforeAutospacing="0" w:after="160" w:afterAutospacing="0"/>
        <w:jc w:val="both"/>
        <w:rPr>
          <w:color w:val="000000"/>
        </w:rPr>
      </w:pPr>
    </w:p>
    <w:p w14:paraId="0E30733B" w14:textId="0CB5768E" w:rsidR="00E6456B" w:rsidRPr="00086561" w:rsidRDefault="00E6456B" w:rsidP="00086561">
      <w:pPr>
        <w:pStyle w:val="NormalWeb"/>
        <w:spacing w:before="0" w:beforeAutospacing="0" w:after="160" w:afterAutospacing="0"/>
        <w:jc w:val="both"/>
      </w:pPr>
      <w:proofErr w:type="spellStart"/>
      <w:r w:rsidRPr="00086561">
        <w:rPr>
          <w:color w:val="000000"/>
        </w:rPr>
        <w:t>Some</w:t>
      </w:r>
      <w:proofErr w:type="spellEnd"/>
      <w:r w:rsidRPr="00086561">
        <w:rPr>
          <w:color w:val="000000"/>
        </w:rPr>
        <w:t xml:space="preserve"> </w:t>
      </w:r>
      <w:proofErr w:type="spellStart"/>
      <w:r w:rsidRPr="00086561">
        <w:rPr>
          <w:color w:val="000000"/>
        </w:rPr>
        <w:t>examples</w:t>
      </w:r>
      <w:proofErr w:type="spellEnd"/>
      <w:r w:rsidRPr="00086561">
        <w:rPr>
          <w:color w:val="000000"/>
        </w:rPr>
        <w:t xml:space="preserve"> </w:t>
      </w:r>
      <w:proofErr w:type="spellStart"/>
      <w:r w:rsidRPr="00086561">
        <w:rPr>
          <w:color w:val="000000"/>
        </w:rPr>
        <w:t>follow</w:t>
      </w:r>
      <w:proofErr w:type="spellEnd"/>
      <w:r w:rsidRPr="00086561">
        <w:rPr>
          <w:color w:val="000000"/>
        </w:rPr>
        <w:t>. </w:t>
      </w:r>
    </w:p>
    <w:p w14:paraId="73C1471E" w14:textId="3CEEFB4E" w:rsidR="00E6456B" w:rsidRPr="00086561" w:rsidRDefault="00E6456B" w:rsidP="00086561">
      <w:pPr>
        <w:pStyle w:val="NormalWeb"/>
        <w:spacing w:before="0" w:beforeAutospacing="0" w:after="160" w:afterAutospacing="0"/>
        <w:jc w:val="both"/>
      </w:pPr>
      <w:r w:rsidRPr="00086561">
        <w:rPr>
          <w:color w:val="000000"/>
        </w:rPr>
        <w:t xml:space="preserve">A </w:t>
      </w:r>
      <w:proofErr w:type="spellStart"/>
      <w:r w:rsidRPr="00086561">
        <w:rPr>
          <w:b/>
          <w:bCs/>
          <w:color w:val="000000"/>
        </w:rPr>
        <w:t>single-author</w:t>
      </w:r>
      <w:proofErr w:type="spellEnd"/>
      <w:r w:rsidRPr="00086561">
        <w:rPr>
          <w:color w:val="000000"/>
        </w:rPr>
        <w:t xml:space="preserve"> </w:t>
      </w:r>
      <w:proofErr w:type="spellStart"/>
      <w:r w:rsidRPr="00086561">
        <w:rPr>
          <w:color w:val="000000"/>
        </w:rPr>
        <w:t>publication</w:t>
      </w:r>
      <w:proofErr w:type="spellEnd"/>
      <w:r w:rsidRPr="00086561">
        <w:rPr>
          <w:color w:val="000000"/>
        </w:rPr>
        <w:t xml:space="preserve"> </w:t>
      </w:r>
      <w:proofErr w:type="spellStart"/>
      <w:r w:rsidRPr="00086561">
        <w:rPr>
          <w:color w:val="000000"/>
        </w:rPr>
        <w:t>may</w:t>
      </w:r>
      <w:proofErr w:type="spellEnd"/>
      <w:r w:rsidRPr="00086561">
        <w:rPr>
          <w:color w:val="000000"/>
        </w:rPr>
        <w:t xml:space="preserve"> be </w:t>
      </w:r>
      <w:proofErr w:type="spellStart"/>
      <w:r w:rsidRPr="00086561">
        <w:rPr>
          <w:color w:val="000000"/>
        </w:rPr>
        <w:t>quoted</w:t>
      </w:r>
      <w:proofErr w:type="spellEnd"/>
      <w:r w:rsidRPr="00086561">
        <w:rPr>
          <w:color w:val="000000"/>
        </w:rPr>
        <w:t xml:space="preserve"> like </w:t>
      </w:r>
      <w:proofErr w:type="spellStart"/>
      <w:r w:rsidRPr="00086561">
        <w:rPr>
          <w:color w:val="000000"/>
        </w:rPr>
        <w:t>this</w:t>
      </w:r>
      <w:proofErr w:type="spellEnd"/>
      <w:r w:rsidRPr="00086561">
        <w:rPr>
          <w:color w:val="000000"/>
        </w:rPr>
        <w:t xml:space="preserve"> (</w:t>
      </w:r>
      <w:proofErr w:type="spellStart"/>
      <w:r w:rsidRPr="00086561">
        <w:rPr>
          <w:color w:val="000000"/>
        </w:rPr>
        <w:t>Landauer</w:t>
      </w:r>
      <w:proofErr w:type="spellEnd"/>
      <w:r w:rsidRPr="00086561">
        <w:rPr>
          <w:color w:val="000000"/>
        </w:rPr>
        <w:t>, 2007).</w:t>
      </w:r>
    </w:p>
    <w:p w14:paraId="58D23BF0" w14:textId="77777777" w:rsidR="00E6456B" w:rsidRPr="00086561" w:rsidRDefault="00E6456B" w:rsidP="00086561">
      <w:pPr>
        <w:pStyle w:val="NormalWeb"/>
        <w:spacing w:before="0" w:beforeAutospacing="0" w:after="160" w:afterAutospacing="0"/>
        <w:jc w:val="both"/>
      </w:pPr>
      <w:proofErr w:type="spellStart"/>
      <w:r w:rsidRPr="00086561">
        <w:rPr>
          <w:color w:val="000000"/>
        </w:rPr>
        <w:t>Alternatively</w:t>
      </w:r>
      <w:proofErr w:type="spellEnd"/>
      <w:r w:rsidRPr="00086561">
        <w:rPr>
          <w:color w:val="000000"/>
        </w:rPr>
        <w:t xml:space="preserve">, </w:t>
      </w:r>
      <w:proofErr w:type="spellStart"/>
      <w:r w:rsidRPr="00086561">
        <w:rPr>
          <w:color w:val="000000"/>
        </w:rPr>
        <w:t>if</w:t>
      </w:r>
      <w:proofErr w:type="spellEnd"/>
      <w:r w:rsidRPr="00086561">
        <w:rPr>
          <w:color w:val="000000"/>
        </w:rPr>
        <w:t xml:space="preserve"> </w:t>
      </w:r>
      <w:proofErr w:type="spellStart"/>
      <w:r w:rsidRPr="00086561">
        <w:rPr>
          <w:color w:val="000000"/>
        </w:rPr>
        <w:t>you</w:t>
      </w:r>
      <w:proofErr w:type="spellEnd"/>
      <w:r w:rsidRPr="00086561">
        <w:rPr>
          <w:color w:val="000000"/>
        </w:rPr>
        <w:t xml:space="preserve"> </w:t>
      </w:r>
      <w:proofErr w:type="spellStart"/>
      <w:r w:rsidRPr="00086561">
        <w:rPr>
          <w:color w:val="000000"/>
        </w:rPr>
        <w:t>can</w:t>
      </w:r>
      <w:proofErr w:type="spellEnd"/>
      <w:r w:rsidRPr="00086561">
        <w:rPr>
          <w:color w:val="000000"/>
        </w:rPr>
        <w:t xml:space="preserve"> mention </w:t>
      </w:r>
      <w:proofErr w:type="spellStart"/>
      <w:r w:rsidRPr="00086561">
        <w:rPr>
          <w:color w:val="000000"/>
        </w:rPr>
        <w:t>the</w:t>
      </w:r>
      <w:proofErr w:type="spellEnd"/>
      <w:r w:rsidRPr="00086561">
        <w:rPr>
          <w:color w:val="000000"/>
        </w:rPr>
        <w:t xml:space="preserve"> </w:t>
      </w:r>
      <w:proofErr w:type="spellStart"/>
      <w:r w:rsidRPr="00086561">
        <w:rPr>
          <w:color w:val="000000"/>
        </w:rPr>
        <w:t>author</w:t>
      </w:r>
      <w:proofErr w:type="spellEnd"/>
      <w:r w:rsidRPr="00086561">
        <w:rPr>
          <w:color w:val="000000"/>
        </w:rPr>
        <w:t xml:space="preserve"> </w:t>
      </w:r>
      <w:proofErr w:type="spellStart"/>
      <w:r w:rsidRPr="00086561">
        <w:rPr>
          <w:color w:val="000000"/>
        </w:rPr>
        <w:t>Landauer</w:t>
      </w:r>
      <w:proofErr w:type="spellEnd"/>
      <w:r w:rsidRPr="00086561">
        <w:rPr>
          <w:color w:val="000000"/>
        </w:rPr>
        <w:t xml:space="preserve"> (2007) in </w:t>
      </w:r>
      <w:proofErr w:type="spellStart"/>
      <w:r w:rsidRPr="00086561">
        <w:rPr>
          <w:color w:val="000000"/>
        </w:rPr>
        <w:t>your</w:t>
      </w:r>
      <w:proofErr w:type="spellEnd"/>
      <w:r w:rsidRPr="00086561">
        <w:rPr>
          <w:color w:val="000000"/>
        </w:rPr>
        <w:t xml:space="preserve"> </w:t>
      </w:r>
      <w:proofErr w:type="spellStart"/>
      <w:r w:rsidRPr="00086561">
        <w:rPr>
          <w:color w:val="000000"/>
        </w:rPr>
        <w:t>sentence</w:t>
      </w:r>
      <w:proofErr w:type="spellEnd"/>
      <w:r w:rsidRPr="00086561">
        <w:rPr>
          <w:color w:val="000000"/>
        </w:rPr>
        <w:t>. </w:t>
      </w:r>
    </w:p>
    <w:p w14:paraId="145251B6" w14:textId="18904D47" w:rsidR="00E6456B" w:rsidRPr="00086561" w:rsidRDefault="00E6456B" w:rsidP="00086561">
      <w:pPr>
        <w:pStyle w:val="NormalWeb"/>
        <w:spacing w:before="0" w:beforeAutospacing="0" w:after="160" w:afterAutospacing="0"/>
        <w:jc w:val="both"/>
      </w:pPr>
      <w:proofErr w:type="spellStart"/>
      <w:r w:rsidRPr="00086561">
        <w:rPr>
          <w:color w:val="000000"/>
        </w:rPr>
        <w:t>Sometimes</w:t>
      </w:r>
      <w:proofErr w:type="spellEnd"/>
      <w:r w:rsidRPr="00086561">
        <w:rPr>
          <w:color w:val="000000"/>
        </w:rPr>
        <w:t xml:space="preserve"> </w:t>
      </w:r>
      <w:proofErr w:type="spellStart"/>
      <w:r w:rsidRPr="00086561">
        <w:rPr>
          <w:color w:val="000000"/>
        </w:rPr>
        <w:t>you</w:t>
      </w:r>
      <w:proofErr w:type="spellEnd"/>
      <w:r w:rsidRPr="00086561">
        <w:rPr>
          <w:color w:val="000000"/>
        </w:rPr>
        <w:t xml:space="preserve"> </w:t>
      </w:r>
      <w:proofErr w:type="spellStart"/>
      <w:r w:rsidRPr="00086561">
        <w:rPr>
          <w:color w:val="000000"/>
        </w:rPr>
        <w:t>have</w:t>
      </w:r>
      <w:proofErr w:type="spellEnd"/>
      <w:r w:rsidRPr="00086561">
        <w:rPr>
          <w:color w:val="000000"/>
        </w:rPr>
        <w:t xml:space="preserve"> </w:t>
      </w:r>
      <w:proofErr w:type="spellStart"/>
      <w:r w:rsidRPr="00086561">
        <w:rPr>
          <w:b/>
          <w:bCs/>
          <w:color w:val="000000"/>
        </w:rPr>
        <w:t>two</w:t>
      </w:r>
      <w:proofErr w:type="spellEnd"/>
      <w:r w:rsidRPr="00086561">
        <w:rPr>
          <w:color w:val="000000"/>
        </w:rPr>
        <w:t xml:space="preserve"> (</w:t>
      </w:r>
      <w:proofErr w:type="spellStart"/>
      <w:r w:rsidRPr="00086561">
        <w:rPr>
          <w:color w:val="000000"/>
        </w:rPr>
        <w:t>Linecker</w:t>
      </w:r>
      <w:proofErr w:type="spellEnd"/>
      <w:r w:rsidRPr="00086561">
        <w:rPr>
          <w:color w:val="000000"/>
        </w:rPr>
        <w:t xml:space="preserve"> &amp; Smith, 2005) </w:t>
      </w:r>
      <w:proofErr w:type="spellStart"/>
      <w:r w:rsidRPr="00086561">
        <w:rPr>
          <w:color w:val="000000"/>
        </w:rPr>
        <w:t>or</w:t>
      </w:r>
      <w:proofErr w:type="spellEnd"/>
      <w:r w:rsidRPr="00086561">
        <w:rPr>
          <w:color w:val="000000"/>
        </w:rPr>
        <w:t xml:space="preserve"> </w:t>
      </w:r>
      <w:proofErr w:type="spellStart"/>
      <w:r w:rsidRPr="00086561">
        <w:rPr>
          <w:b/>
          <w:bCs/>
          <w:color w:val="000000"/>
        </w:rPr>
        <w:t>three</w:t>
      </w:r>
      <w:proofErr w:type="spellEnd"/>
      <w:r w:rsidRPr="00086561">
        <w:rPr>
          <w:color w:val="000000"/>
        </w:rPr>
        <w:t xml:space="preserve"> (</w:t>
      </w:r>
      <w:proofErr w:type="spellStart"/>
      <w:r w:rsidRPr="00086561">
        <w:rPr>
          <w:color w:val="000000"/>
        </w:rPr>
        <w:t>Linecker</w:t>
      </w:r>
      <w:proofErr w:type="spellEnd"/>
      <w:r w:rsidRPr="00086561">
        <w:rPr>
          <w:color w:val="000000"/>
        </w:rPr>
        <w:t xml:space="preserve"> </w:t>
      </w:r>
      <w:proofErr w:type="spellStart"/>
      <w:r w:rsidRPr="00086561">
        <w:rPr>
          <w:color w:val="000000"/>
        </w:rPr>
        <w:t>et</w:t>
      </w:r>
      <w:proofErr w:type="spellEnd"/>
      <w:r w:rsidRPr="00086561">
        <w:rPr>
          <w:color w:val="000000"/>
        </w:rPr>
        <w:t xml:space="preserve"> </w:t>
      </w:r>
      <w:proofErr w:type="spellStart"/>
      <w:r w:rsidRPr="00086561">
        <w:rPr>
          <w:color w:val="000000"/>
        </w:rPr>
        <w:t>al</w:t>
      </w:r>
      <w:proofErr w:type="spellEnd"/>
      <w:r w:rsidRPr="00086561">
        <w:rPr>
          <w:color w:val="000000"/>
        </w:rPr>
        <w:t xml:space="preserve">., 2009) </w:t>
      </w:r>
      <w:proofErr w:type="spellStart"/>
      <w:r w:rsidRPr="00086561">
        <w:rPr>
          <w:color w:val="000000"/>
        </w:rPr>
        <w:t>authors</w:t>
      </w:r>
      <w:proofErr w:type="spellEnd"/>
      <w:r w:rsidRPr="00086561">
        <w:rPr>
          <w:color w:val="000000"/>
        </w:rPr>
        <w:t>.</w:t>
      </w:r>
    </w:p>
    <w:p w14:paraId="14D09B92" w14:textId="77777777" w:rsidR="00E6456B" w:rsidRPr="00086561" w:rsidRDefault="00E6456B" w:rsidP="00086561">
      <w:pPr>
        <w:pStyle w:val="NormalWeb"/>
        <w:spacing w:before="0" w:beforeAutospacing="0" w:after="160" w:afterAutospacing="0"/>
        <w:jc w:val="both"/>
      </w:pPr>
      <w:r w:rsidRPr="00086561">
        <w:rPr>
          <w:color w:val="000000"/>
        </w:rPr>
        <w:t xml:space="preserve">In </w:t>
      </w:r>
      <w:proofErr w:type="spellStart"/>
      <w:r w:rsidRPr="00086561">
        <w:rPr>
          <w:color w:val="000000"/>
        </w:rPr>
        <w:t>case</w:t>
      </w:r>
      <w:proofErr w:type="spellEnd"/>
      <w:r w:rsidRPr="00086561">
        <w:rPr>
          <w:color w:val="000000"/>
        </w:rPr>
        <w:t xml:space="preserve"> </w:t>
      </w:r>
      <w:proofErr w:type="spellStart"/>
      <w:r w:rsidRPr="00086561">
        <w:rPr>
          <w:color w:val="000000"/>
        </w:rPr>
        <w:t>you</w:t>
      </w:r>
      <w:proofErr w:type="spellEnd"/>
      <w:r w:rsidRPr="00086561">
        <w:rPr>
          <w:color w:val="000000"/>
        </w:rPr>
        <w:t xml:space="preserve"> </w:t>
      </w:r>
      <w:proofErr w:type="spellStart"/>
      <w:r w:rsidRPr="00086561">
        <w:rPr>
          <w:color w:val="000000"/>
        </w:rPr>
        <w:t>have</w:t>
      </w:r>
      <w:proofErr w:type="spellEnd"/>
      <w:r w:rsidRPr="00086561">
        <w:rPr>
          <w:color w:val="000000"/>
        </w:rPr>
        <w:t xml:space="preserve"> </w:t>
      </w:r>
      <w:proofErr w:type="spellStart"/>
      <w:r w:rsidRPr="00086561">
        <w:rPr>
          <w:b/>
          <w:bCs/>
          <w:color w:val="000000"/>
        </w:rPr>
        <w:t>same</w:t>
      </w:r>
      <w:proofErr w:type="spellEnd"/>
      <w:r w:rsidRPr="00086561">
        <w:rPr>
          <w:b/>
          <w:bCs/>
          <w:color w:val="000000"/>
        </w:rPr>
        <w:t xml:space="preserve"> </w:t>
      </w:r>
      <w:proofErr w:type="spellStart"/>
      <w:r w:rsidRPr="00086561">
        <w:rPr>
          <w:b/>
          <w:bCs/>
          <w:color w:val="000000"/>
        </w:rPr>
        <w:t>author</w:t>
      </w:r>
      <w:proofErr w:type="spellEnd"/>
      <w:r w:rsidRPr="00086561">
        <w:rPr>
          <w:b/>
          <w:bCs/>
          <w:color w:val="000000"/>
        </w:rPr>
        <w:t xml:space="preserve">, </w:t>
      </w:r>
      <w:proofErr w:type="spellStart"/>
      <w:r w:rsidRPr="00086561">
        <w:rPr>
          <w:b/>
          <w:bCs/>
          <w:color w:val="000000"/>
        </w:rPr>
        <w:t>same</w:t>
      </w:r>
      <w:proofErr w:type="spellEnd"/>
      <w:r w:rsidRPr="00086561">
        <w:rPr>
          <w:b/>
          <w:bCs/>
          <w:color w:val="000000"/>
        </w:rPr>
        <w:t xml:space="preserve"> </w:t>
      </w:r>
      <w:proofErr w:type="spellStart"/>
      <w:r w:rsidRPr="00086561">
        <w:rPr>
          <w:b/>
          <w:bCs/>
          <w:color w:val="000000"/>
        </w:rPr>
        <w:t>year</w:t>
      </w:r>
      <w:proofErr w:type="spellEnd"/>
      <w:r w:rsidRPr="00086561">
        <w:rPr>
          <w:b/>
          <w:bCs/>
          <w:color w:val="000000"/>
        </w:rPr>
        <w:t xml:space="preserve"> </w:t>
      </w:r>
      <w:proofErr w:type="spellStart"/>
      <w:r w:rsidRPr="00086561">
        <w:rPr>
          <w:color w:val="000000"/>
        </w:rPr>
        <w:t>you</w:t>
      </w:r>
      <w:proofErr w:type="spellEnd"/>
      <w:r w:rsidRPr="00086561">
        <w:rPr>
          <w:color w:val="000000"/>
        </w:rPr>
        <w:t xml:space="preserve"> </w:t>
      </w:r>
      <w:proofErr w:type="spellStart"/>
      <w:r w:rsidRPr="00086561">
        <w:rPr>
          <w:color w:val="000000"/>
        </w:rPr>
        <w:t>can</w:t>
      </w:r>
      <w:proofErr w:type="spellEnd"/>
      <w:r w:rsidRPr="00086561">
        <w:rPr>
          <w:color w:val="000000"/>
        </w:rPr>
        <w:t xml:space="preserve"> </w:t>
      </w:r>
      <w:proofErr w:type="spellStart"/>
      <w:r w:rsidRPr="00086561">
        <w:rPr>
          <w:color w:val="000000"/>
        </w:rPr>
        <w:t>proceed</w:t>
      </w:r>
      <w:proofErr w:type="spellEnd"/>
      <w:r w:rsidRPr="00086561">
        <w:rPr>
          <w:color w:val="000000"/>
        </w:rPr>
        <w:t xml:space="preserve"> </w:t>
      </w:r>
      <w:proofErr w:type="spellStart"/>
      <w:r w:rsidRPr="00086561">
        <w:rPr>
          <w:color w:val="000000"/>
        </w:rPr>
        <w:t>as</w:t>
      </w:r>
      <w:proofErr w:type="spellEnd"/>
      <w:r w:rsidRPr="00086561">
        <w:rPr>
          <w:color w:val="000000"/>
        </w:rPr>
        <w:t xml:space="preserve"> (</w:t>
      </w:r>
      <w:proofErr w:type="spellStart"/>
      <w:r w:rsidRPr="00086561">
        <w:rPr>
          <w:color w:val="000000"/>
        </w:rPr>
        <w:t>Polanyi</w:t>
      </w:r>
      <w:proofErr w:type="spellEnd"/>
      <w:r w:rsidRPr="00086561">
        <w:rPr>
          <w:color w:val="000000"/>
        </w:rPr>
        <w:t xml:space="preserve"> 1958a) and (</w:t>
      </w:r>
      <w:proofErr w:type="spellStart"/>
      <w:r w:rsidRPr="00086561">
        <w:rPr>
          <w:color w:val="000000"/>
        </w:rPr>
        <w:t>Polanyi</w:t>
      </w:r>
      <w:proofErr w:type="spellEnd"/>
      <w:r w:rsidRPr="00086561">
        <w:rPr>
          <w:color w:val="000000"/>
        </w:rPr>
        <w:t xml:space="preserve"> 1958b)</w:t>
      </w:r>
    </w:p>
    <w:p w14:paraId="21ECE398" w14:textId="30BAC08E" w:rsidR="00E6456B" w:rsidRPr="00086561" w:rsidRDefault="00E6456B" w:rsidP="00086561">
      <w:pPr>
        <w:pStyle w:val="NormalWeb"/>
        <w:spacing w:before="0" w:beforeAutospacing="0" w:after="160" w:afterAutospacing="0"/>
        <w:jc w:val="both"/>
      </w:pPr>
      <w:proofErr w:type="spellStart"/>
      <w:r w:rsidRPr="00086561">
        <w:rPr>
          <w:color w:val="000000"/>
        </w:rPr>
        <w:lastRenderedPageBreak/>
        <w:t>Sometimes</w:t>
      </w:r>
      <w:proofErr w:type="spellEnd"/>
      <w:r w:rsidRPr="00086561">
        <w:rPr>
          <w:color w:val="000000"/>
        </w:rPr>
        <w:t xml:space="preserve"> </w:t>
      </w:r>
      <w:proofErr w:type="spellStart"/>
      <w:r w:rsidRPr="00086561">
        <w:rPr>
          <w:color w:val="000000"/>
        </w:rPr>
        <w:t>you</w:t>
      </w:r>
      <w:proofErr w:type="spellEnd"/>
      <w:r w:rsidRPr="00086561">
        <w:rPr>
          <w:color w:val="000000"/>
        </w:rPr>
        <w:t xml:space="preserve"> </w:t>
      </w:r>
      <w:proofErr w:type="spellStart"/>
      <w:r w:rsidRPr="00086561">
        <w:rPr>
          <w:color w:val="000000"/>
        </w:rPr>
        <w:t>have</w:t>
      </w:r>
      <w:proofErr w:type="spellEnd"/>
      <w:r w:rsidRPr="00086561">
        <w:rPr>
          <w:color w:val="000000"/>
        </w:rPr>
        <w:t xml:space="preserve"> a </w:t>
      </w:r>
      <w:proofErr w:type="spellStart"/>
      <w:r w:rsidRPr="00086561">
        <w:rPr>
          <w:color w:val="000000"/>
        </w:rPr>
        <w:t>corporate</w:t>
      </w:r>
      <w:proofErr w:type="spellEnd"/>
      <w:r w:rsidRPr="00086561">
        <w:rPr>
          <w:color w:val="000000"/>
        </w:rPr>
        <w:t xml:space="preserve"> </w:t>
      </w:r>
      <w:proofErr w:type="spellStart"/>
      <w:r w:rsidRPr="00086561">
        <w:rPr>
          <w:color w:val="000000"/>
        </w:rPr>
        <w:t>author</w:t>
      </w:r>
      <w:proofErr w:type="spellEnd"/>
      <w:r w:rsidRPr="00086561">
        <w:rPr>
          <w:color w:val="000000"/>
        </w:rPr>
        <w:t xml:space="preserve"> (National Institute of Health, 2009) </w:t>
      </w:r>
      <w:proofErr w:type="spellStart"/>
      <w:r w:rsidRPr="00086561">
        <w:rPr>
          <w:color w:val="000000"/>
        </w:rPr>
        <w:t>or</w:t>
      </w:r>
      <w:proofErr w:type="spellEnd"/>
      <w:r w:rsidRPr="00086561">
        <w:rPr>
          <w:color w:val="000000"/>
        </w:rPr>
        <w:t xml:space="preserve"> </w:t>
      </w:r>
      <w:proofErr w:type="spellStart"/>
      <w:r w:rsidRPr="00086561">
        <w:rPr>
          <w:color w:val="000000"/>
        </w:rPr>
        <w:t>even</w:t>
      </w:r>
      <w:proofErr w:type="spellEnd"/>
      <w:r w:rsidRPr="00086561">
        <w:rPr>
          <w:color w:val="000000"/>
        </w:rPr>
        <w:t xml:space="preserve"> (NIH, 2009).</w:t>
      </w:r>
    </w:p>
    <w:p w14:paraId="17E3F080" w14:textId="78DB9873" w:rsidR="00E6456B" w:rsidRPr="00086561" w:rsidRDefault="00E6456B" w:rsidP="00086561">
      <w:pPr>
        <w:pStyle w:val="NormalWeb"/>
        <w:spacing w:before="0" w:beforeAutospacing="0" w:after="160" w:afterAutospacing="0"/>
        <w:jc w:val="both"/>
      </w:pPr>
      <w:proofErr w:type="spellStart"/>
      <w:r w:rsidRPr="00086561">
        <w:rPr>
          <w:color w:val="000000"/>
        </w:rPr>
        <w:t>When</w:t>
      </w:r>
      <w:proofErr w:type="spellEnd"/>
      <w:r w:rsidRPr="00086561">
        <w:rPr>
          <w:color w:val="000000"/>
        </w:rPr>
        <w:t xml:space="preserve"> </w:t>
      </w:r>
      <w:proofErr w:type="spellStart"/>
      <w:r w:rsidRPr="00086561">
        <w:rPr>
          <w:b/>
          <w:bCs/>
          <w:color w:val="000000"/>
        </w:rPr>
        <w:t>two</w:t>
      </w:r>
      <w:proofErr w:type="spellEnd"/>
      <w:r w:rsidRPr="00086561">
        <w:rPr>
          <w:b/>
          <w:bCs/>
          <w:color w:val="000000"/>
        </w:rPr>
        <w:t xml:space="preserve"> </w:t>
      </w:r>
      <w:proofErr w:type="spellStart"/>
      <w:r w:rsidRPr="00086561">
        <w:rPr>
          <w:b/>
          <w:bCs/>
          <w:color w:val="000000"/>
        </w:rPr>
        <w:t>or</w:t>
      </w:r>
      <w:proofErr w:type="spellEnd"/>
      <w:r w:rsidRPr="00086561">
        <w:rPr>
          <w:b/>
          <w:bCs/>
          <w:color w:val="000000"/>
        </w:rPr>
        <w:t xml:space="preserve"> more </w:t>
      </w:r>
      <w:proofErr w:type="spellStart"/>
      <w:r w:rsidRPr="00086561">
        <w:rPr>
          <w:b/>
          <w:bCs/>
          <w:color w:val="000000"/>
        </w:rPr>
        <w:t>works</w:t>
      </w:r>
      <w:proofErr w:type="spellEnd"/>
      <w:r w:rsidRPr="00086561">
        <w:rPr>
          <w:b/>
          <w:bCs/>
          <w:color w:val="000000"/>
        </w:rPr>
        <w:t xml:space="preserve"> </w:t>
      </w:r>
      <w:proofErr w:type="spellStart"/>
      <w:r w:rsidRPr="00086561">
        <w:rPr>
          <w:b/>
          <w:bCs/>
          <w:color w:val="000000"/>
        </w:rPr>
        <w:t>are</w:t>
      </w:r>
      <w:proofErr w:type="spellEnd"/>
      <w:r w:rsidRPr="00086561">
        <w:rPr>
          <w:b/>
          <w:bCs/>
          <w:color w:val="000000"/>
        </w:rPr>
        <w:t xml:space="preserve"> </w:t>
      </w:r>
      <w:proofErr w:type="spellStart"/>
      <w:r w:rsidRPr="00086561">
        <w:rPr>
          <w:b/>
          <w:bCs/>
          <w:color w:val="000000"/>
        </w:rPr>
        <w:t>cited</w:t>
      </w:r>
      <w:proofErr w:type="spellEnd"/>
      <w:r w:rsidRPr="00086561">
        <w:rPr>
          <w:b/>
          <w:bCs/>
          <w:color w:val="000000"/>
        </w:rPr>
        <w:t xml:space="preserve"> </w:t>
      </w:r>
      <w:proofErr w:type="spellStart"/>
      <w:r w:rsidRPr="00086561">
        <w:rPr>
          <w:b/>
          <w:bCs/>
          <w:color w:val="000000"/>
        </w:rPr>
        <w:t>together</w:t>
      </w:r>
      <w:proofErr w:type="spellEnd"/>
      <w:r w:rsidRPr="00086561">
        <w:rPr>
          <w:b/>
          <w:bCs/>
          <w:color w:val="000000"/>
        </w:rPr>
        <w:t xml:space="preserve"> </w:t>
      </w:r>
      <w:proofErr w:type="spellStart"/>
      <w:r w:rsidRPr="00086561">
        <w:rPr>
          <w:color w:val="000000"/>
        </w:rPr>
        <w:t>you</w:t>
      </w:r>
      <w:proofErr w:type="spellEnd"/>
      <w:r w:rsidRPr="00086561">
        <w:rPr>
          <w:color w:val="000000"/>
        </w:rPr>
        <w:t xml:space="preserve"> </w:t>
      </w:r>
      <w:proofErr w:type="spellStart"/>
      <w:r w:rsidRPr="00086561">
        <w:rPr>
          <w:color w:val="000000"/>
        </w:rPr>
        <w:t>do</w:t>
      </w:r>
      <w:proofErr w:type="spellEnd"/>
      <w:r w:rsidRPr="00086561">
        <w:rPr>
          <w:color w:val="000000"/>
        </w:rPr>
        <w:t xml:space="preserve"> </w:t>
      </w:r>
      <w:proofErr w:type="spellStart"/>
      <w:r w:rsidRPr="00086561">
        <w:rPr>
          <w:color w:val="000000"/>
        </w:rPr>
        <w:t>it</w:t>
      </w:r>
      <w:proofErr w:type="spellEnd"/>
      <w:r w:rsidRPr="00086561">
        <w:rPr>
          <w:color w:val="000000"/>
        </w:rPr>
        <w:t xml:space="preserve"> like </w:t>
      </w:r>
      <w:proofErr w:type="spellStart"/>
      <w:r w:rsidRPr="00086561">
        <w:rPr>
          <w:color w:val="000000"/>
        </w:rPr>
        <w:t>this</w:t>
      </w:r>
      <w:proofErr w:type="spellEnd"/>
      <w:r w:rsidRPr="00086561">
        <w:rPr>
          <w:color w:val="000000"/>
        </w:rPr>
        <w:t xml:space="preserve"> (</w:t>
      </w:r>
      <w:proofErr w:type="spellStart"/>
      <w:r w:rsidRPr="00086561">
        <w:rPr>
          <w:color w:val="000000"/>
        </w:rPr>
        <w:t>Fitch</w:t>
      </w:r>
      <w:proofErr w:type="spellEnd"/>
      <w:r w:rsidRPr="00086561">
        <w:rPr>
          <w:color w:val="000000"/>
        </w:rPr>
        <w:t xml:space="preserve"> &amp; Lemming, 2001; van </w:t>
      </w:r>
      <w:proofErr w:type="spellStart"/>
      <w:r w:rsidRPr="00086561">
        <w:rPr>
          <w:color w:val="000000"/>
        </w:rPr>
        <w:t>Doorn</w:t>
      </w:r>
      <w:proofErr w:type="spellEnd"/>
      <w:r w:rsidRPr="00086561">
        <w:rPr>
          <w:color w:val="000000"/>
        </w:rPr>
        <w:t xml:space="preserve">, 2000; </w:t>
      </w:r>
      <w:proofErr w:type="spellStart"/>
      <w:r w:rsidRPr="00086561">
        <w:rPr>
          <w:color w:val="000000"/>
        </w:rPr>
        <w:t>Kemmis</w:t>
      </w:r>
      <w:proofErr w:type="spellEnd"/>
      <w:r w:rsidRPr="00086561">
        <w:rPr>
          <w:color w:val="000000"/>
        </w:rPr>
        <w:t xml:space="preserve"> &amp; </w:t>
      </w:r>
      <w:proofErr w:type="spellStart"/>
      <w:r w:rsidRPr="00086561">
        <w:rPr>
          <w:color w:val="000000"/>
        </w:rPr>
        <w:t>McTaggart</w:t>
      </w:r>
      <w:proofErr w:type="spellEnd"/>
      <w:r w:rsidRPr="00086561">
        <w:rPr>
          <w:color w:val="000000"/>
        </w:rPr>
        <w:t xml:space="preserve">, 1988; MacIsaac 1995) and </w:t>
      </w:r>
      <w:proofErr w:type="spellStart"/>
      <w:r w:rsidRPr="00086561">
        <w:rPr>
          <w:color w:val="000000"/>
        </w:rPr>
        <w:t>if</w:t>
      </w:r>
      <w:proofErr w:type="spellEnd"/>
      <w:r w:rsidRPr="00086561">
        <w:rPr>
          <w:color w:val="000000"/>
        </w:rPr>
        <w:t xml:space="preserve"> </w:t>
      </w:r>
      <w:proofErr w:type="spellStart"/>
      <w:r w:rsidRPr="00086561">
        <w:rPr>
          <w:color w:val="000000"/>
        </w:rPr>
        <w:t>one</w:t>
      </w:r>
      <w:proofErr w:type="spellEnd"/>
      <w:r w:rsidRPr="00086561">
        <w:rPr>
          <w:color w:val="000000"/>
        </w:rPr>
        <w:t xml:space="preserve"> </w:t>
      </w:r>
      <w:proofErr w:type="spellStart"/>
      <w:r w:rsidRPr="00086561">
        <w:rPr>
          <w:color w:val="000000"/>
        </w:rPr>
        <w:t>author</w:t>
      </w:r>
      <w:proofErr w:type="spellEnd"/>
      <w:r w:rsidRPr="00086561">
        <w:rPr>
          <w:color w:val="000000"/>
        </w:rPr>
        <w:t xml:space="preserve"> has </w:t>
      </w:r>
      <w:proofErr w:type="spellStart"/>
      <w:r w:rsidRPr="00086561">
        <w:rPr>
          <w:color w:val="000000"/>
        </w:rPr>
        <w:t>multiple</w:t>
      </w:r>
      <w:proofErr w:type="spellEnd"/>
      <w:r w:rsidRPr="00086561">
        <w:rPr>
          <w:color w:val="000000"/>
        </w:rPr>
        <w:t xml:space="preserve"> </w:t>
      </w:r>
      <w:proofErr w:type="spellStart"/>
      <w:r w:rsidRPr="00086561">
        <w:rPr>
          <w:color w:val="000000"/>
        </w:rPr>
        <w:t>entries</w:t>
      </w:r>
      <w:proofErr w:type="spellEnd"/>
      <w:r w:rsidRPr="00086561">
        <w:rPr>
          <w:color w:val="000000"/>
        </w:rPr>
        <w:t xml:space="preserve"> </w:t>
      </w:r>
      <w:proofErr w:type="spellStart"/>
      <w:r w:rsidRPr="00086561">
        <w:rPr>
          <w:color w:val="000000"/>
        </w:rPr>
        <w:t>from</w:t>
      </w:r>
      <w:proofErr w:type="spellEnd"/>
      <w:r w:rsidRPr="00086561">
        <w:rPr>
          <w:color w:val="000000"/>
        </w:rPr>
        <w:t xml:space="preserve"> </w:t>
      </w:r>
      <w:proofErr w:type="spellStart"/>
      <w:r w:rsidRPr="00086561">
        <w:rPr>
          <w:color w:val="000000"/>
        </w:rPr>
        <w:t>different</w:t>
      </w:r>
      <w:proofErr w:type="spellEnd"/>
      <w:r w:rsidRPr="00086561">
        <w:rPr>
          <w:color w:val="000000"/>
        </w:rPr>
        <w:t xml:space="preserve"> </w:t>
      </w:r>
      <w:proofErr w:type="spellStart"/>
      <w:r w:rsidRPr="00086561">
        <w:rPr>
          <w:color w:val="000000"/>
        </w:rPr>
        <w:t>years</w:t>
      </w:r>
      <w:proofErr w:type="spellEnd"/>
      <w:r w:rsidRPr="00086561">
        <w:rPr>
          <w:color w:val="000000"/>
        </w:rPr>
        <w:t>: (</w:t>
      </w:r>
      <w:proofErr w:type="spellStart"/>
      <w:r w:rsidRPr="00086561">
        <w:rPr>
          <w:color w:val="000000"/>
        </w:rPr>
        <w:t>Carr</w:t>
      </w:r>
      <w:proofErr w:type="spellEnd"/>
      <w:r w:rsidRPr="00086561">
        <w:rPr>
          <w:color w:val="000000"/>
        </w:rPr>
        <w:t xml:space="preserve"> &amp; </w:t>
      </w:r>
      <w:proofErr w:type="spellStart"/>
      <w:r w:rsidRPr="00086561">
        <w:rPr>
          <w:color w:val="000000"/>
        </w:rPr>
        <w:t>Kemmis</w:t>
      </w:r>
      <w:proofErr w:type="spellEnd"/>
      <w:r w:rsidRPr="00086561">
        <w:rPr>
          <w:color w:val="000000"/>
        </w:rPr>
        <w:t>, 1986: MacIsaac, 1995, 1998).</w:t>
      </w:r>
    </w:p>
    <w:p w14:paraId="1E8E0D68" w14:textId="6B89C9F3" w:rsidR="00E6456B" w:rsidRPr="00086561" w:rsidRDefault="00E6456B" w:rsidP="00086561">
      <w:pPr>
        <w:pStyle w:val="NormalWeb"/>
        <w:spacing w:before="0" w:beforeAutospacing="0" w:after="160" w:afterAutospacing="0"/>
        <w:jc w:val="both"/>
      </w:pPr>
      <w:proofErr w:type="spellStart"/>
      <w:r w:rsidRPr="00086561">
        <w:rPr>
          <w:color w:val="000000"/>
        </w:rPr>
        <w:t>For</w:t>
      </w:r>
      <w:proofErr w:type="spellEnd"/>
      <w:r w:rsidRPr="00086561">
        <w:rPr>
          <w:color w:val="000000"/>
        </w:rPr>
        <w:t xml:space="preserve"> </w:t>
      </w:r>
      <w:proofErr w:type="spellStart"/>
      <w:r w:rsidRPr="00086561">
        <w:rPr>
          <w:b/>
          <w:bCs/>
          <w:color w:val="000000"/>
        </w:rPr>
        <w:t>page</w:t>
      </w:r>
      <w:proofErr w:type="spellEnd"/>
      <w:r w:rsidRPr="00086561">
        <w:rPr>
          <w:b/>
          <w:bCs/>
          <w:color w:val="000000"/>
        </w:rPr>
        <w:t xml:space="preserve"> </w:t>
      </w:r>
      <w:proofErr w:type="spellStart"/>
      <w:r w:rsidRPr="00086561">
        <w:rPr>
          <w:b/>
          <w:bCs/>
          <w:color w:val="000000"/>
        </w:rPr>
        <w:t>numbers</w:t>
      </w:r>
      <w:proofErr w:type="spellEnd"/>
      <w:r w:rsidRPr="00086561">
        <w:rPr>
          <w:color w:val="000000"/>
        </w:rPr>
        <w:t xml:space="preserve"> here </w:t>
      </w:r>
      <w:proofErr w:type="spellStart"/>
      <w:r w:rsidRPr="00086561">
        <w:rPr>
          <w:color w:val="000000"/>
        </w:rPr>
        <w:t>are</w:t>
      </w:r>
      <w:proofErr w:type="spellEnd"/>
      <w:r w:rsidRPr="00086561">
        <w:rPr>
          <w:color w:val="000000"/>
        </w:rPr>
        <w:t xml:space="preserve"> </w:t>
      </w:r>
      <w:proofErr w:type="spellStart"/>
      <w:r w:rsidRPr="00086561">
        <w:rPr>
          <w:color w:val="000000"/>
        </w:rPr>
        <w:t>some</w:t>
      </w:r>
      <w:proofErr w:type="spellEnd"/>
      <w:r w:rsidRPr="00086561">
        <w:rPr>
          <w:color w:val="000000"/>
        </w:rPr>
        <w:t xml:space="preserve"> </w:t>
      </w:r>
      <w:proofErr w:type="spellStart"/>
      <w:r w:rsidRPr="00086561">
        <w:rPr>
          <w:color w:val="000000"/>
        </w:rPr>
        <w:t>examples</w:t>
      </w:r>
      <w:proofErr w:type="spellEnd"/>
      <w:r w:rsidRPr="00086561">
        <w:rPr>
          <w:color w:val="000000"/>
        </w:rPr>
        <w:t>: (</w:t>
      </w:r>
      <w:proofErr w:type="spellStart"/>
      <w:r w:rsidRPr="00086561">
        <w:rPr>
          <w:color w:val="000000"/>
        </w:rPr>
        <w:t>Landauer</w:t>
      </w:r>
      <w:proofErr w:type="spellEnd"/>
      <w:r w:rsidRPr="00086561">
        <w:rPr>
          <w:color w:val="000000"/>
        </w:rPr>
        <w:t>, 2007, 120), (</w:t>
      </w:r>
      <w:proofErr w:type="spellStart"/>
      <w:r w:rsidRPr="00086561">
        <w:rPr>
          <w:color w:val="000000"/>
        </w:rPr>
        <w:t>Landauer</w:t>
      </w:r>
      <w:proofErr w:type="spellEnd"/>
      <w:r w:rsidRPr="00086561">
        <w:rPr>
          <w:color w:val="000000"/>
        </w:rPr>
        <w:t>, 2007, 133-151) and (</w:t>
      </w:r>
      <w:proofErr w:type="spellStart"/>
      <w:r w:rsidRPr="00086561">
        <w:rPr>
          <w:color w:val="000000"/>
        </w:rPr>
        <w:t>Fitch</w:t>
      </w:r>
      <w:proofErr w:type="spellEnd"/>
      <w:r w:rsidRPr="00086561">
        <w:rPr>
          <w:color w:val="000000"/>
        </w:rPr>
        <w:t xml:space="preserve"> &amp; Lemming, 2001, 119; van </w:t>
      </w:r>
      <w:proofErr w:type="spellStart"/>
      <w:r w:rsidRPr="00086561">
        <w:rPr>
          <w:color w:val="000000"/>
        </w:rPr>
        <w:t>Doorn</w:t>
      </w:r>
      <w:proofErr w:type="spellEnd"/>
      <w:r w:rsidRPr="00086561">
        <w:rPr>
          <w:color w:val="000000"/>
        </w:rPr>
        <w:t xml:space="preserve">, 2000, 5-8; </w:t>
      </w:r>
      <w:proofErr w:type="spellStart"/>
      <w:r w:rsidRPr="00086561">
        <w:rPr>
          <w:color w:val="000000"/>
        </w:rPr>
        <w:t>Kemmis</w:t>
      </w:r>
      <w:proofErr w:type="spellEnd"/>
      <w:r w:rsidRPr="00086561">
        <w:rPr>
          <w:color w:val="000000"/>
        </w:rPr>
        <w:t xml:space="preserve"> &amp; </w:t>
      </w:r>
      <w:proofErr w:type="spellStart"/>
      <w:r w:rsidRPr="00086561">
        <w:rPr>
          <w:color w:val="000000"/>
        </w:rPr>
        <w:t>McTaggart</w:t>
      </w:r>
      <w:proofErr w:type="spellEnd"/>
      <w:r w:rsidRPr="00086561">
        <w:rPr>
          <w:color w:val="000000"/>
        </w:rPr>
        <w:t>, 1988, 92; MacIsaac, 1995)</w:t>
      </w:r>
    </w:p>
    <w:p w14:paraId="4AA51D61" w14:textId="77777777" w:rsidR="00E6456B" w:rsidRPr="00086561" w:rsidRDefault="00E6456B" w:rsidP="00086561">
      <w:pPr>
        <w:pStyle w:val="NormalWeb"/>
        <w:spacing w:before="0" w:beforeAutospacing="0" w:after="160" w:afterAutospacing="0"/>
        <w:jc w:val="both"/>
      </w:pPr>
      <w:proofErr w:type="spellStart"/>
      <w:r w:rsidRPr="00086561">
        <w:rPr>
          <w:color w:val="000000"/>
        </w:rPr>
        <w:t>For</w:t>
      </w:r>
      <w:proofErr w:type="spellEnd"/>
      <w:r w:rsidRPr="00086561">
        <w:rPr>
          <w:color w:val="000000"/>
        </w:rPr>
        <w:t xml:space="preserve"> </w:t>
      </w:r>
      <w:proofErr w:type="spellStart"/>
      <w:r w:rsidRPr="00086561">
        <w:rPr>
          <w:color w:val="000000"/>
        </w:rPr>
        <w:t>special</w:t>
      </w:r>
      <w:proofErr w:type="spellEnd"/>
      <w:r w:rsidRPr="00086561">
        <w:rPr>
          <w:color w:val="000000"/>
        </w:rPr>
        <w:t xml:space="preserve"> </w:t>
      </w:r>
      <w:proofErr w:type="spellStart"/>
      <w:r w:rsidRPr="00086561">
        <w:rPr>
          <w:color w:val="000000"/>
        </w:rPr>
        <w:t>cases</w:t>
      </w:r>
      <w:proofErr w:type="spellEnd"/>
      <w:r w:rsidRPr="00086561">
        <w:rPr>
          <w:color w:val="000000"/>
        </w:rPr>
        <w:t xml:space="preserve">, like </w:t>
      </w:r>
      <w:proofErr w:type="spellStart"/>
      <w:r w:rsidRPr="00086561">
        <w:rPr>
          <w:color w:val="000000"/>
        </w:rPr>
        <w:t>personal</w:t>
      </w:r>
      <w:proofErr w:type="spellEnd"/>
      <w:r w:rsidRPr="00086561">
        <w:rPr>
          <w:color w:val="000000"/>
        </w:rPr>
        <w:t xml:space="preserve"> </w:t>
      </w:r>
      <w:proofErr w:type="spellStart"/>
      <w:r w:rsidRPr="00086561">
        <w:rPr>
          <w:color w:val="000000"/>
        </w:rPr>
        <w:t>correspondence</w:t>
      </w:r>
      <w:proofErr w:type="spellEnd"/>
      <w:r w:rsidRPr="00086561">
        <w:rPr>
          <w:color w:val="000000"/>
        </w:rPr>
        <w:t xml:space="preserve">, </w:t>
      </w:r>
      <w:proofErr w:type="spellStart"/>
      <w:r w:rsidRPr="00086561">
        <w:rPr>
          <w:color w:val="000000"/>
        </w:rPr>
        <w:t>references</w:t>
      </w:r>
      <w:proofErr w:type="spellEnd"/>
      <w:r w:rsidRPr="00086561">
        <w:rPr>
          <w:color w:val="000000"/>
        </w:rPr>
        <w:t xml:space="preserve"> </w:t>
      </w:r>
      <w:proofErr w:type="spellStart"/>
      <w:r w:rsidRPr="00086561">
        <w:rPr>
          <w:color w:val="000000"/>
        </w:rPr>
        <w:t>without</w:t>
      </w:r>
      <w:proofErr w:type="spellEnd"/>
      <w:r w:rsidRPr="00086561">
        <w:rPr>
          <w:color w:val="000000"/>
        </w:rPr>
        <w:t xml:space="preserve"> </w:t>
      </w:r>
      <w:proofErr w:type="spellStart"/>
      <w:r w:rsidRPr="00086561">
        <w:rPr>
          <w:color w:val="000000"/>
        </w:rPr>
        <w:t>authors</w:t>
      </w:r>
      <w:proofErr w:type="spellEnd"/>
      <w:r w:rsidRPr="00086561">
        <w:rPr>
          <w:color w:val="000000"/>
        </w:rPr>
        <w:t xml:space="preserve">, etc. </w:t>
      </w:r>
      <w:proofErr w:type="spellStart"/>
      <w:r w:rsidRPr="00086561">
        <w:rPr>
          <w:color w:val="000000"/>
        </w:rPr>
        <w:t>please</w:t>
      </w:r>
      <w:proofErr w:type="spellEnd"/>
      <w:r w:rsidRPr="00086561">
        <w:rPr>
          <w:color w:val="000000"/>
        </w:rPr>
        <w:t xml:space="preserve"> </w:t>
      </w:r>
      <w:proofErr w:type="spellStart"/>
      <w:r w:rsidRPr="00086561">
        <w:rPr>
          <w:color w:val="000000"/>
        </w:rPr>
        <w:t>refer</w:t>
      </w:r>
      <w:proofErr w:type="spellEnd"/>
      <w:r w:rsidRPr="00086561">
        <w:rPr>
          <w:color w:val="000000"/>
        </w:rPr>
        <w:t xml:space="preserve"> </w:t>
      </w:r>
      <w:proofErr w:type="spellStart"/>
      <w:r w:rsidRPr="00086561">
        <w:rPr>
          <w:color w:val="000000"/>
        </w:rPr>
        <w:t>to</w:t>
      </w:r>
      <w:proofErr w:type="spellEnd"/>
      <w:r w:rsidRPr="00086561">
        <w:rPr>
          <w:color w:val="000000"/>
        </w:rPr>
        <w:t xml:space="preserve"> </w:t>
      </w:r>
      <w:proofErr w:type="spellStart"/>
      <w:r w:rsidRPr="00086561">
        <w:rPr>
          <w:color w:val="000000"/>
        </w:rPr>
        <w:t>the</w:t>
      </w:r>
      <w:proofErr w:type="spellEnd"/>
      <w:r w:rsidRPr="00086561">
        <w:rPr>
          <w:color w:val="000000"/>
        </w:rPr>
        <w:t xml:space="preserve"> link </w:t>
      </w:r>
      <w:proofErr w:type="spellStart"/>
      <w:r w:rsidRPr="00086561">
        <w:rPr>
          <w:color w:val="000000"/>
        </w:rPr>
        <w:t>above</w:t>
      </w:r>
      <w:proofErr w:type="spellEnd"/>
      <w:r w:rsidRPr="00086561">
        <w:rPr>
          <w:color w:val="000000"/>
        </w:rPr>
        <w:t>. </w:t>
      </w:r>
    </w:p>
    <w:p w14:paraId="3D96F4BF" w14:textId="4159B7E4" w:rsidR="00D61E5F" w:rsidRPr="00086561" w:rsidRDefault="00D61E5F" w:rsidP="00FB7C98">
      <w:pPr>
        <w:rPr>
          <w:rFonts w:cs="Times New Roman"/>
        </w:rPr>
      </w:pPr>
    </w:p>
    <w:sectPr w:rsidR="00D61E5F" w:rsidRPr="00086561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30F0DEC"/>
    <w:multiLevelType w:val="hybridMultilevel"/>
    <w:tmpl w:val="890E64F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8597DF0"/>
    <w:multiLevelType w:val="hybridMultilevel"/>
    <w:tmpl w:val="13A88366"/>
    <w:lvl w:ilvl="0" w:tplc="8FB216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827691"/>
    <w:multiLevelType w:val="multilevel"/>
    <w:tmpl w:val="040E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31D31A28"/>
    <w:multiLevelType w:val="multilevel"/>
    <w:tmpl w:val="1790477A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 w16cid:durableId="1136877164">
    <w:abstractNumId w:val="8"/>
  </w:num>
  <w:num w:numId="2" w16cid:durableId="1530265726">
    <w:abstractNumId w:val="6"/>
  </w:num>
  <w:num w:numId="3" w16cid:durableId="1137255950">
    <w:abstractNumId w:val="5"/>
  </w:num>
  <w:num w:numId="4" w16cid:durableId="29915592">
    <w:abstractNumId w:val="4"/>
  </w:num>
  <w:num w:numId="5" w16cid:durableId="1987664698">
    <w:abstractNumId w:val="7"/>
  </w:num>
  <w:num w:numId="6" w16cid:durableId="1295019536">
    <w:abstractNumId w:val="3"/>
  </w:num>
  <w:num w:numId="7" w16cid:durableId="1243641331">
    <w:abstractNumId w:val="2"/>
  </w:num>
  <w:num w:numId="8" w16cid:durableId="1124545392">
    <w:abstractNumId w:val="1"/>
  </w:num>
  <w:num w:numId="9" w16cid:durableId="1571576770">
    <w:abstractNumId w:val="0"/>
  </w:num>
  <w:num w:numId="10" w16cid:durableId="329988536">
    <w:abstractNumId w:val="9"/>
  </w:num>
  <w:num w:numId="11" w16cid:durableId="602152077">
    <w:abstractNumId w:val="10"/>
  </w:num>
  <w:num w:numId="12" w16cid:durableId="654845868">
    <w:abstractNumId w:val="12"/>
  </w:num>
  <w:num w:numId="13" w16cid:durableId="141716417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86561"/>
    <w:rsid w:val="00111D3C"/>
    <w:rsid w:val="0015074B"/>
    <w:rsid w:val="002231B0"/>
    <w:rsid w:val="0029639D"/>
    <w:rsid w:val="00326F90"/>
    <w:rsid w:val="00516A30"/>
    <w:rsid w:val="00630963"/>
    <w:rsid w:val="006855CD"/>
    <w:rsid w:val="00750424"/>
    <w:rsid w:val="00AA1D8D"/>
    <w:rsid w:val="00B47730"/>
    <w:rsid w:val="00B5048F"/>
    <w:rsid w:val="00B9679F"/>
    <w:rsid w:val="00CB0664"/>
    <w:rsid w:val="00D61E5F"/>
    <w:rsid w:val="00D816EC"/>
    <w:rsid w:val="00E6456B"/>
    <w:rsid w:val="00EF7A1B"/>
    <w:rsid w:val="00FB7C9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1E1863A"/>
  <w14:defaultImageDpi w14:val="300"/>
  <w15:docId w15:val="{BD413370-AEF0-4B8E-8F7F-08E4F0D07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7C98"/>
    <w:pPr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FB7C98"/>
    <w:pPr>
      <w:numPr>
        <w:numId w:val="12"/>
      </w:numPr>
      <w:outlineLvl w:val="0"/>
    </w:pPr>
    <w:rPr>
      <w:b/>
      <w:sz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FB7C98"/>
    <w:pPr>
      <w:keepNext/>
      <w:keepLines/>
      <w:numPr>
        <w:ilvl w:val="1"/>
        <w:numId w:val="12"/>
      </w:numPr>
      <w:spacing w:before="200" w:after="0"/>
      <w:outlineLvl w:val="1"/>
    </w:pPr>
    <w:rPr>
      <w:rFonts w:eastAsiaTheme="majorEastAsia" w:cs="Times New Roman"/>
      <w:b/>
      <w:bCs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B7C98"/>
    <w:pPr>
      <w:keepNext/>
      <w:keepLines/>
      <w:numPr>
        <w:ilvl w:val="2"/>
        <w:numId w:val="12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i/>
      <w:iCs/>
      <w:sz w:val="22"/>
      <w:szCs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numPr>
        <w:ilvl w:val="3"/>
        <w:numId w:val="12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numPr>
        <w:ilvl w:val="4"/>
        <w:numId w:val="12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numPr>
        <w:ilvl w:val="5"/>
        <w:numId w:val="12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numPr>
        <w:ilvl w:val="6"/>
        <w:numId w:val="12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numPr>
        <w:ilvl w:val="7"/>
        <w:numId w:val="12"/>
      </w:numPr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numPr>
        <w:ilvl w:val="8"/>
        <w:numId w:val="12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B7C98"/>
    <w:rPr>
      <w:rFonts w:ascii="Times New Roman" w:hAnsi="Times New Roman"/>
      <w:b/>
      <w:sz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B7C98"/>
    <w:rPr>
      <w:rFonts w:ascii="Times New Roman" w:eastAsiaTheme="majorEastAsia" w:hAnsi="Times New Roman" w:cs="Times New Roman"/>
      <w:b/>
      <w:bCs/>
      <w:sz w:val="24"/>
    </w:rPr>
  </w:style>
  <w:style w:type="character" w:customStyle="1" w:styleId="Heading3Char">
    <w:name w:val="Heading 3 Char"/>
    <w:basedOn w:val="DefaultParagraphFont"/>
    <w:link w:val="Heading3"/>
    <w:uiPriority w:val="9"/>
    <w:rsid w:val="00FB7C98"/>
    <w:rPr>
      <w:rFonts w:asciiTheme="majorHAnsi" w:eastAsiaTheme="majorEastAsia" w:hAnsiTheme="majorHAnsi" w:cstheme="majorBidi"/>
      <w:b/>
      <w:bCs/>
      <w:i/>
      <w:iCs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semiHidden/>
    <w:unhideWhenUsed/>
    <w:rsid w:val="00E6456B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val="hu-HU" w:eastAsia="hu-HU"/>
    </w:rPr>
  </w:style>
  <w:style w:type="character" w:styleId="Hyperlink">
    <w:name w:val="Hyperlink"/>
    <w:basedOn w:val="DefaultParagraphFont"/>
    <w:uiPriority w:val="99"/>
    <w:unhideWhenUsed/>
    <w:rsid w:val="00E6456B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645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bguides.csudh.edu/citation/apa-7" TargetMode="External"/><Relationship Id="rId13" Type="http://schemas.openxmlformats.org/officeDocument/2006/relationships/hyperlink" Target="https://libguides.csudh.edu/citation/apa-7" TargetMode="External"/><Relationship Id="rId3" Type="http://schemas.openxmlformats.org/officeDocument/2006/relationships/styles" Target="styles.xml"/><Relationship Id="rId7" Type="http://schemas.openxmlformats.org/officeDocument/2006/relationships/hyperlink" Target="https://libguides.csudh.edu/citation/apa-7" TargetMode="External"/><Relationship Id="rId12" Type="http://schemas.openxmlformats.org/officeDocument/2006/relationships/hyperlink" Target="https://www.cdc.gov/cancer/hpv/preventing-hpv-associated-cancers.htm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libguides.csudh.edu/citation/apa-7" TargetMode="External"/><Relationship Id="rId11" Type="http://schemas.openxmlformats.org/officeDocument/2006/relationships/hyperlink" Target="https://libguides.csudh.edu/citation/apa-7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libguides.csudh.edu/citation/apa-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psychologytoday.com/us/blog/who-am-i-who-are-we/202107/why-naming-race-is-necessary-undo-racism" TargetMode="External"/><Relationship Id="rId14" Type="http://schemas.openxmlformats.org/officeDocument/2006/relationships/hyperlink" Target="http://publichealth.lacounty.gov/h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1484</Words>
  <Characters>8463</Characters>
  <Application>Microsoft Office Word</Application>
  <DocSecurity>0</DocSecurity>
  <Lines>70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WITSEC Science</Company>
  <LinksUpToDate>false</LinksUpToDate>
  <CharactersWithSpaces>9928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edit.ruboczki@rubedi.com</dc:creator>
  <cp:keywords/>
  <dc:description/>
  <cp:lastModifiedBy>Dr. Rubóczki Edit</cp:lastModifiedBy>
  <cp:revision>9</cp:revision>
  <dcterms:created xsi:type="dcterms:W3CDTF">2026-08-16T17:03:00Z</dcterms:created>
  <dcterms:modified xsi:type="dcterms:W3CDTF">2026-08-16T17:11:00Z</dcterms:modified>
  <cp:category/>
</cp:coreProperties>
</file>